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SOSIOLOGI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Sosiologi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Integrasi dan Reintegrasi Sosial dalam Masyarakat Majemuk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konsep, bentuk, dan proses integrasi sosial di 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faktor pendorong dan penghambat terwujudnya integrasi nasional.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strategi reintegrasi sosial dan penguatan kohesi sosial pasca-konflik.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Hakikat integrasi sosial, bentuk integrasi (normatif, fungsional, koersif), proses terwujudnya integrasi (asimilasi, akulturasi), faktor pendorong integrasi sosial, reintegrasi sosial pascakonflik, dan pembangunan modal sosial (social capital).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dan Bentuk-Bentuk Integrasi Sosial (Normatif, Fungsional, Koersif)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ikatan nilai bersama, interdependensi ekonomi, dan penegakan hukum negara.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Proses Integrasi: Asimilasi, Akulturasi, dan Akomodasi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peleburan budaya (</w:t>
      </w:r>
      <m:oMath>
        <m:r>
          <m:t>A</m:t>
        </m:r>
        <m:r>
          <m:t>+</m:t>
        </m:r>
        <m:r>
          <m:t>B</m:t>
        </m:r>
        <m:r>
          <m:t>=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) vs perpaduan tanpa menghilangkan ciri asli (</w:t>
      </w:r>
      <m:oMath>
        <m:r>
          <m:t>A</m:t>
        </m:r>
        <m:r>
          <m:t>+</m:t>
        </m:r>
        <m:r>
          <m:t>B</m:t>
        </m:r>
        <m:r>
          <m:t>=</m:t>
        </m:r>
        <m:r>
          <m:t>A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Faktor Pendorong dan Penghambat Integrasi Nasional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toleransi kemajemukan, perkawinan campur (amalgamasi), dan bahaya isolasi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Reintegrasi Sosial Pascakonflik dan Penguatan Modal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program rekonsiliasi komunal dan penguatan trust, jaringan, dan norma gotong royong.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Integrasi masyarakat Indonesia yang disatukan oleh falsafah nilai luhur Pancasila dan semboyan Bhinneka Tunggal Ika tergolong dalam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normatif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koersif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fungsional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mekanik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Integrasi normatif berakar pada kesepakatan tata nilai, ideologi, dan norma moral bersama yang dijunjung tinggi masyarakat.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Interaksi antara suku Bugis yang unggul dalam keahlian pelayaran laut dengan suku Jawa yang ahli dalam bidang pertanian pangan sehingga keduanya saling melengkapi kebutuhan hidup mencerminkan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fungsional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koersif paksa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Integrasi normatif tertulis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Disintegrasi sektoral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Integrasi fungsional tercipta dari pembagian kerja dan saling ketergantungan pemenuhan kebutuhan antarkelompok.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Proses peleburan dua kebudayaan atau lebih yang berbeda menjadi satu kebudayaan tunggal yang baru sehingga ciri khas kebudayaan lama melebur hilang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Asimilasi (</w:t>
      </w:r>
      <m:oMath>
        <m:r>
          <m:t>A</m:t>
        </m:r>
        <m:r>
          <m:t>+</m:t>
        </m:r>
        <m:r>
          <m:t>B</m:t>
        </m:r>
        <m:r>
          <m:t>=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Akulturasi (</w:t>
      </w:r>
      <m:oMath>
        <m:r>
          <m:t>A</m:t>
        </m:r>
        <m:r>
          <m:t>+</m:t>
        </m:r>
        <m:r>
          <m:t>B</m:t>
        </m:r>
        <m:r>
          <m:t>=</m:t>
        </m:r>
        <m:r>
          <m:t>A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Akomodasi pasif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Segregasi rasial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Asimilasi adalah pembauran budaya total yang melahirkan budaya baru seraya mengikis batas budaya lama.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pemulihan fisik sarana ibadah, jembatan, serta trauma healing bagi para korban pasca-meletusnya konflik komunal merupakan bagian penting dari proses...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Reintegrasi dan rehabilitasi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Eksklusi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Marginalisasi struktural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Stratifikasi kasta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Reintegrasi sosial mencakup rekonstruksi fisik, rekonsiliasi batin, dan penataan kembali tatanan damai pascakonflik.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Faktor penting yang dapat mempercepat proses integrasi sosial dalam masyarakat yang heterogen majemuk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Toleransi terhadap perbedaan kebudayaan dan terbukanya perkawinan campur antarsuku (amalgamasi)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Pemberlakuan pembatasan hak beribadah bagi kelompok minoritas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Penutupan diri dari pengaruh masyarakat daerah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Pemberian perlakuan hukum istimewa bagi kaum bangsawan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Sikap inklusif toleran dan amalgamasi merupakan katalisator utama persaudaraan dan integrasi sosial.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Sosiologi • Bab 5: Integrasi dan Reintegrasi Sosial dalam Masyarakat Majemuk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dan Bentuk-Bentuk Integrasi Sosial (Normatif, Fungsional, Koersif)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ikatan nilai bersama, interdependensi ekonomi, dan penegakan hukum negara.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Proses Integrasi: Asimilasi, Akulturasi, dan Akomodasi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peleburan budaya (</w:t>
      </w:r>
      <m:oMath>
        <m:r>
          <m:t>A</m:t>
        </m:r>
        <m:r>
          <m:t>+</m:t>
        </m:r>
        <m:r>
          <m:t>B</m:t>
        </m:r>
        <m:r>
          <m:t>=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) vs perpaduan tanpa menghilangkan ciri asli (</w:t>
      </w:r>
      <m:oMath>
        <m:r>
          <m:t>A</m:t>
        </m:r>
        <m:r>
          <m:t>+</m:t>
        </m:r>
        <m:r>
          <m:t>B</m:t>
        </m:r>
        <m:r>
          <m:t>=</m:t>
        </m:r>
        <m:r>
          <m:t>A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Faktor Pendorong dan Penghambat Integrasi Nasional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toleransi kemajemukan, perkawinan campur (amalgamasi), dan bahaya isolasi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Reintegrasi Sosial Pascakonflik dan Penguatan Modal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program rekonsiliasi komunal dan penguatan trust, jaringan, dan norma gotong royong.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Integrasi sosial merupakan proses penyesuaian unsur-unsur yang berbeda di dalam masyarakat sehingga menghasilkan keserasian fungsi kehidupan sosial. Terwujudnya integrasi menuntut konsensus bersama mengenai norma sosial, pemenuhan kebutuhan antarkelompok secara fungsional, dan stabilitas kelembagaan.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Sosiologi mengelompokkan bentuk integrasi menjadi: Integrasi Normatif (terikat oleh norma dan nilai bersama seperti semboyan Bhinneka Tunggal Ika), Integrasi Fungsional (terbentuk karena saling ketergantungan fungsi spesifik antarsuku/wilayah dalam pembagian kerja), dan Integrasi Koersif (ditegakkan melalui kekuatan aparat kekuasaan hukum negara).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Reintegrasi sosial merupakan proses pemulihan kembali hubungan persaudaraan, rekonsiliasi keadilan restoratif, rehabilitasi trauma psikososial, dan rekonstruksi pranata sosial pasca-terjadinya konflik horizontal demi memupuk kembali modal sosial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Integrasi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penyatuan berbagai kelompok sosial budaya ke dalam kesatuan wilayah dan pembentukan identitas nasional yang harmonis.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Integrasi Normatif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Integrasi yang terwujud karena adanya kesepakatan nilai, norma, dan falsafah dasar bersama yang mengikat masyarakat (seperti Pancasila).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Integrasi Fungsional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Integrasi yang terbentuk akibat adanya saling ketergantungan fungsional antarkelompok masyarakat dalam memenuhi kebutuhan hidup.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Reintegrasi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pembentukan kembali norma-norma dan nilai-nilai baru untuk menyesuaikan diri dengan lembaga-lembaga kemasyarakatan yang mengalami perubahan/konflik.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Amalgamasi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Perkawinan campur antarindividu yang berasal dari kelompok etnis, ras, atau suku bangsa yang berbeda sehingga mempercepat integrasi sosial.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Sosiologi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