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SOSIOLOGI — FASE F (KELAS 11)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Menengah Atas (SMA) / Fase F (Kelas 11)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Sosiologi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16 JP (4 Pertemuan x 4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3: Struktur Sosial: Diferensiasi dan Stratifikasi Sosial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 (Ganjil)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(Problem-Based Learning) &amp; Inkuiri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Papan tulis, media gambar/benda konkret, ruang kelas,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membedakan konsep diferensiasi sosial horizontal dan stratifikasi sosial vertikal.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menganalisis dasar kriteria pembentukan pelapisan sosial di masyarakat.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mengevaluasi faktor pendorong mobilitas sosial dan konsekuensi perubahan status sosial.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Konsep struktur sosial horizontal (Diferensiasi sosial: ras, etnis, agama, klan, gender) dan vertikal (Stratifikasi sosial: kriteria kekayaan, kekuasaan, kehormatan, ilmu pengetahuan), sifat stratifikasi (terbuka, tertutup, campuran), serta dinamika mobilitas sosial.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Konsep Diferensiasi Sosial (Dimensi Horizontal Masyarakat)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Menganalisis kemajemukan ras, klan geneologis/teritorial, agama, suku bangsa, dan gender.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Dasar dan Kriteria Pelapisan Sosial (Stratifikasi Sosial)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Menelaah stratifikasi berdasarkan ukuran kekayaan ekonomi, kekuasaan birokrasi, dan prestise ilmu.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Sifat-Sifat Stratifikasi Sosial (Terbuka, Tertutup, dan Campuran)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Membedakan sistem kasta feodal tertutup dengan sistem meritokrasi stratifikasi terbuka.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7 – 8: Mobilitas Sosial (Vertikal Naik-Turun, Horizontal, dan Saluran Mobilitas)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Mengkaji peran pendidikan dan profesi sebagai saluran lift sosial (*social elevator*).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Pembedaan masyarakat berdasarkan suku bangsa (Jawa, Sunda, Batak, Minang, Dayak, Papua) dalam sosiologi tergolong dalam dimensi...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Diferensiasi sosial (Horizontal sejajar)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Stratifikasi sosial kasta tinggi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Pelapisan kekuasaan vertikal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Mobilitas sosial turun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Suku bangsa, agama, dan ras merupakan diferensiasi sosial yang menempatkan perbedaan secara setara tanpa ada yang lebih tinggi derajatnya.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Ciri utama sistem stratifikasi sosial tertutup (*closed social stratification*) seperti sistem kasta tradisional di India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Status sosial diperoleh sejak lahir (ascribed status) dan hampir mustahil seseorang berpindah kasta sepanjang hidupnya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Setiap orang bebas memilih kasta melalui ujian sekolah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Status sosial ditentukan oleh jumlah rekening bank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Tidak ada sekat antargolongan sama sekali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Stratifikasi tertutup mengunci mobilitas vertikal; posisi status diperoleh turun-temurun melalui garis kelahiran kelahiran (*ascription*).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Seorang anak petani miskin di pelosok desa yang gigih belajar hingga meraih beasiswa kuliah kedokteran dan berhasil menjadi dokter spesialis sukses mengalami...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Mobilitas sosial vertikal naik (Social Climbing)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Mobilitas sosial vertikal turun (Social Sinking)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Mobilitas sosial horizontal murni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Stagnasi status sosial kasta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Kenaikan status dari kelas sosial bawah (anak petani miskin) menjadi kelas sosial atas (dokter spesialis) adalah mobilitas vertikal naik (*social climbing*).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Lembaga sosial yang diakui oleh Pitirim A. Sorokin sebagai saluran mobilitas sosial vertikal paling efektif (*social elevator*) dalam masyarakat modern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Lembaga pendidikan formal (Sekolah dan Universitas)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Klub penggemar otomotif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Pusat perbelanjaan mall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Kelompok bermain masa kecil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Pendidikan membuka pintu meritokrasi keahlian yang memungkinkan individu dari strata mana pun meraih posisi sosial terhormat.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Kriteria pelapisan sosial yang menempatkan seseorang pada lapisan atas masyarakat semata-mata karena memiliki gelar bangsawan atau keturunan ningrat disebut kriteria...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Kehormatan / Kebangsawanan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Kekayaan ekonomi murni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Kekuasaan birokrasi partai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Tingkat literasi teknologi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Gelar kebangsawanan darah biru merupakan dasar stratifikasi kehormatan (*prestige*) feodal tradisional.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Sosiologi • Bab 3: Struktur Sosial: Diferensiasi dan Stratifikasi Sosial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Konsep Diferensiasi Sosial (Dimensi Horizontal Masyarakat)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Menganalisis kemajemukan ras, klan geneologis/teritorial, agama, suku bangsa, dan gender.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Dasar dan Kriteria Pelapisan Sosial (Stratifikasi Sosial)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Menelaah stratifikasi berdasarkan ukuran kekayaan ekonomi, kekuasaan birokrasi, dan prestise ilmu.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Sifat-Sifat Stratifikasi Sosial (Terbuka, Tertutup, dan Campuran)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Membedakan sistem kasta feodal tertutup dengan sistem meritokrasi stratifikasi terbuka.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4: Mobilitas Sosial (Vertikal Naik-Turun, Horizontal, dan Saluran Mobilitas)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Mengkaji peran pendidikan dan profesi sebagai saluran lift sosial (*social elevator*).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Struktur sosial merujuk pada tatanan jaringan relasi antarunsur sosial di masyarakat yang membentuk pola keteraturan. Struktur sosial memiliki dua dimensi pokok: dimensi horizontal berupa Diferensiasi Sosial dan dimensi vertikal berupa Stratifikasi Sosial.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Diferensiasi sosial mengklasifikasikan anggota masyarakat secara horizontal sejajar tanpa tingkatan hierarki berdasarkan perbedaan kodrati biologis maupun sosiokultural (ras, suku bangsa, agama, marga/klan, jenis kelamin, dan profesi). Prinsip diferensiasi menekankan kesetaraan derajat manusia di hadapan hukum.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Stratifikasi sosial menyusun masyarakat ke dalam lapisan-lapisan hierarki bertingkat (*pelapisan sosial*) berdasarkan kepemilikan kriteria bernilai: kekayaan materiil, kekuasaan politik, gelar kehormatan darah, dan tingkat pendidikan. Sifat stratifikasi terbagi atas stratifikasi tertutup (kasta), terbuka (berbasis prestasi kerja), dan campuran.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Diferensiasi Sosial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Klasifikasi atau pembedaan anggota masyarakat secara horizontal sejajar tanpa membentuk tingkatan hierarki atas-bawah.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Stratifikasi Sosial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Pembedaan atau pengelompokan anggota masyarakat ke dalam lapisan-lapisan sosial hierarkis bertingkat secara vertikal.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Stratifikasi Tertutup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Sistem pelapisan sosial yang membatasi atau menutup kemungkinan anggota masyarakat untuk berpindah status ke lapisan lain (contoh: kasta).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Stratifikasi Terbuka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Sistem pelapisan sosial yang memberikan kesempatan bebas bagi setiap individu untuk naik atau turun lapisan status berdasarkan prestasi dan usaha kerja.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Social Elevator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Saluran mobilitas sosial vertikal (seperti lembaga pendidikan dan lembaga keagamaan/militer) yang mengangkat status sosial seseorang.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Sosiologi Kelas 11 SMA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