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SOSIOLOGI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Sosiologi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Ragam Gejala Sosial dan Penelitian Sosial Sederhana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berbagai gejala dan permasalahan sosial di lingkungan sekitarnya.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proposal dan instrumen penelitian sosial sederhana secara ilmiah.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mengumpulkan, mengolah, dan menyajikan laporan hasil penelitian sosial berbasis data objektif.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analisis gejala sosial kontemporer (kemiskinan, kesenjangan, disorganisasi keluarga, kenakalan remaja, masalah lingkungan), tahapan penelitian sosial (kualitatif vs kuantitatif), teknik pengumpulan data (angket/kuesioner, wawancara mendalam, observasi partisipatif), pengolahan data, dan penyusunan laporan penelitian ilmiah.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Ragam Gejala dan Masalah Sosial Kontemporer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fenomena kemiskinan struktural, kesenjangan digital, perundungan siber (*cyberbullying*), dan konsumerisme.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Desain dan Metodologi Penelitian Sosial (Kualitatif &amp; Kuantitatif)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Merumuskan judul penelitian yang terukur, rumusan masalah, hipotesis, dan populasi-sampel penelitian.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Instrumen dan Teknik Pengumpulan Data Lapangan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panduan wawancara mendalam, instrumen kuesioner skala Likert, dan lembar catatan observasi.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Analisis Data dan Penulisan Laporan Ilmiah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Mengolah data persentase kuantitatif, koding tematik kualitatif, serta mempresentasikan laporan hasil riset di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karakteristik pokok antara pendekatan penelitian sosial Kuantitatif dan Kualitatif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Penelitian kuantitatif mengolah data angka dan statistik untuk menguji hipotesis, sedangkan penelitian kualitatif mengkaji narasi deskriptif dan makna mendalam fenomena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Penelitian kuantitatif tidak menggunakan data lapangan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Penelitian kualitatif hanya boleh meneliti 1 orang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Penelitian kuantitatif tidak memerlukan rumusan masalah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Kuantitatif berbasis angka/statistik pengujian hipotesis, sedangkan kualitatif menggali makna kontekstual melalui deskripsi kata-kata.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Teknik pengumpulan data di mana peneliti ikut serta secara langsung dalam kegiatan sehari-hari kelompok masyarakat yang sedang diteliti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Observasi Partisipatif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Kuesioner tertutup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Studi dokumen perpustakaan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Wawancara melalui telepon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Observasi partisipatif (*participant observation*) mengharuskan peneliti terlibat dalam aktivitas informan untuk merasakan pengalaman nyata.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Seorang peneliti menyebarkan daftar pertanyaan tertulis dengan pilihan jawaban tetap (Sangat Setuju, Setuju, Ragu-ragu, Tidak Setuju) kepada 100 responden siswa. Instrumen yang digunakan peneliti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Panduan wawancara terbuka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Kuesioner / Angket Terstruktur (Skala Likert)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Buku harian informan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Lembar tes IQ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Kuesioner tertutup skala Likert menyediakan pilihan opsi pasti untuk mengukur sikap responden secara kuantitatif.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Teknik pengujian keabsahan data dalam penelitian sosial dengan cara membandingkan data wawancara informan dengan hasil observasi lapangan dan dokumen resmi disebut teknik...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Generalisasi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Triangulasi Sumber dan Metode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Dekomposisi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Koding acak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Triangulasi adalah teknik *cross-check* data dari berbagai sumber dan metode guna memastikan validitas temuan penelitian.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Etika ilmiah yang wajib dipatuhi seorang peneliti sosial saat mempublikasikan laporan penelitian mengenai isu sensitif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Menyebarkan nama asli dan alamat rumah korban tanpa izin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Menjaga kerahasiaan identitas informan (anonimitas) dan memperoleh persetujuan narasumber (*informed consent*)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data lapangan agar sesuai dengan keinginan pribadi peneliti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Memaksa narasumber menjawab pertanyaan pribadi di bawah ancaman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Anonimitas dan *informed consent* adalah prinsip etika riset fundamental untuk melindungi keselamatan dan hak privasi narasumber.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Sosiologi • Bab 5: Ragam Gejala Sosial dan Penelitian Sosial Sederhana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Ragam Gejala dan Masalah Sosial Kontemporer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fenomena kemiskinan struktural, kesenjangan digital, perundungan siber (*cyberbullying*), dan konsumerisme.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Desain dan Metodologi Penelitian Sosial (Kualitatif &amp; Kuantitatif)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Merumuskan judul penelitian yang terukur, rumusan masalah, hipotesis, dan populasi-sampel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Instrumen dan Teknik Pengumpulan Data Lapangan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panduan wawancara mendalam, instrumen kuesioner skala Likert, dan lembar catatan observasi.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Analisis Data dan Penulisan Laporan Ilmiah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Mengolah data persentase kuantitatif, koding tematik kualitatif, serta mempresentasikan laporan hasil riset di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Gejala sosial (*social phenomena*) merupakan peristiwa-peristiwa yang terjadi di tengah dinamika masyarakat yang dipicu oleh perubahan struktur sosial, modernisasi, dan globalisasi. Membedah gejala sosial menuntut sikap analitis objektif berbasis metode ilmiah sosiologis.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Riset sosiologi terbagi ke dalam dua pendekatan metodologis utama: pendekatan kuantitatif yang menguji hipotesis melalui pengukuran numerik statistik dan kuesioner terstruktur, serta pendekatan kualitatif yang menggali kedalaman makna (*verstehen*) melalui wawancara mendalam (*in-depth interview*) dan observasi partisipatif.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dilatih menyusun rancangan penelitian sosial mini, mengumpulkan data empiris lapangan secara etis, menganalisis data temuan, dan mempublikasikan laporan ilmiah sederhana guna memberikan rekomendasi solusi bagi permasalahan komunitas lokal.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Gejala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Fenomena atau peristiwa nyata yang terjadi di dalam interaksi masyarakat akibat adanya dorongan perubahan atau dinamika struktur sosial.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Penelitian Kualitatif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penelitian yang berfokus pada pemahaman mendalam atas makna, pengalaman, dan fenomena sosial dari sudut pandang informan.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Penelitian Kuantitatif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penelitian yang mengumpulkan dan menganalisis data dalam bentuk angka statistik guna menguji hipotesis terukur.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Triangulasi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pemeriksaan keabsahan data dalam penelitian kualitatif dengan memanfaatkan berbagai sumber, metode, atau teori yang berbeda.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Sampel Penelitian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Sebagian dari jumlah karakteristik yang dimiliki oleh populasi yang dipilih untuk mewakili keseluruhan populasi yang diteliti.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Sosiologi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