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Merancang Karya Kriya Fungsional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kebutuhan fungsi pakai dan nilai keindahan pada produk kriya harian.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Merakit konstruksi benda 3D yang kokoh menggunakan teknik potong, rakit, dan tempel.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Menyelesaikan sentuhan akhir (finishing) permukaan karya dengan cat warna dan pelapis pelindung.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Merancang dan memproduksi produk kriya fungsional (tempat pensil serbaguna, wadah tisu, celengan berhias) dengan memanfaatkan kombinasi bahan alam dan limbah rumah tangga terpakai.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Prinsip Desain Terapan: Form Follows Function (Bentuk Mengikuti Fungsi)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prinsip desain terapan: form follows function (bentuk mengikuti fungsi).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Konsep Ergonomi dan Keamanan Penggunaan Produk Kerajinan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konsep ergonomi dan keamanan penggunaan produk kerajinan.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Membuat Sketsa Rancangan Kerja dengan Skala Ukuran yang Jelas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membuat sketsa rancangan kerja dengan skala ukuran yang jelas.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Topik D: Perakitan Bahan Kombinasi dan Pengujian Kekuatan Fungsi Benda Kriya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perakitan bahan kombinasi dan pengujian kekuatan fungsi benda kriya.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Prinsip 'Form Follows Function' dalam merancang sebuah produk kriya terapan bermakna bahwa...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Bentuk barang harus dibuat serumit mungkin meski tidak bisa digunakan sama sekali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Bentuk dan tampilan luar suatu produk harus dirancang untuk mendukung kenyamanan dan kemudahan fungsinya bagi pemakai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Fungsi barang tidak penting asalkan warnanya menyala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Barang kriya hanya boleh ditaruh di dalam lemari kaca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Prinsip desain fungsional memastikan estetika bentuk lahir dari optimalisasi fungsi guna praktis dan kenyamanan pemakaian.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Saat merancang tempat pensil meja dari susunan stik es krim, faktor ergonomi yang harus diperhatikan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Ketinggian tabung tempat pensil disesuaikan dengan panjang pensil agar alat tulis mudah diambil dan tidak mudah terguling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Membuat tempat pensil setinggi 2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Menempelkan paku runcing di bibir tempat pensil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Membuat dasar tempat pensil berbentuk kerucut miring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Proporsi tinggi wadah dan alas datar yang stabil menjamin kemudahan akses mengambil pena tanpa risiko tumpah.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Urutan langkah kerja yang benar dalam siklus penciptaan karya kriya terapan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Langsung menjual barang → membuat sketsa → membeli bahan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Identifikasi masalah kebutuhan → membuat gambar sketsa desain rancangan → menyiapkan alat dan bahan → perakitan/konstruksi → pengujian fungsi produk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Mengecat barang → memotong bahan tanpa ukuran → membuang sisa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Menguji barang yang belum dibuat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Siklus desain yang sistematis dimulai dari analisis kebutuhan, rancangan sketsa terukur, eksekusi pembuatan, dan uji kelayakan fungsi.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Ketika membuat lampu hias meja dari bahan kardus dan kap kertas, aspek keselamatan kelistrikan yang wajib diperhatikan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Menghubungkan kabel telanjang tanpa isolasi perekat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Menggunakan lampu LED berdaya rendah yang tidak memancarkan panas berlebih dan memastikan sambungan kabel berisolasi rapi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Menyiram bohlam lampu dengan air sebelum dinyalakan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Menaruh lilin api menyala di dalam kotak kardus tertutup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Lampu LED hemat energi aman dari bahaya panas pemicu kebakaran pada material kertas/kardus serta isolasi kabel mencegah korsleting.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Nilai tambah yang diperoleh ketika sebuah produk kriya fungsional dibuat dengan rapi, indah, dan ergonomis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Barang tersebut cepat rusak dan dibuang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Memiliki daya tarik visual tinggi, nyaman digunakan sehari-hari, dan berpotensi memiliki nilai ekonomi jual produk kreatif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Menghabiskan ruang kamar secara percuma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Dilarang digunakan oleh orang lain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Kombinasi fungsi unggul dan estetika menawan meningkatkan nilai pakai serta daya saing produk ekonomi kreatif kriya lokal.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7: Merancang Karya Kriya Fungsional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Prinsip Desain Terapan: Form Follows Function (Bentuk Mengikuti Fungsi)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prinsip desain terapan: form follows function (bentuk mengikuti fungsi).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Konsep Ergonomi dan Keamanan Penggunaan Produk Kerajinan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konsep ergonomi dan keamanan penggunaan produk kerajinan.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Membuat Sketsa Rancangan Kerja dengan Skala Ukuran yang Jelas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membuat sketsa rancangan kerja dengan skala ukuran yang jelas.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Topik D: Perakitan Bahan Kombinasi dan Pengujian Kekuatan Fungsi Benda Kriya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perakitan bahan kombinasi dan pengujian kekuatan fungsi benda kriya.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Merancang Karya Kriya Fungsional melatih peserta didik kelas lima mengintegrasikan nilai fungsi praktis (*utility*), kekuatan konstruksi (*durability*), kenyamanan penggunaan (*ergonomics*), dan keindahan bentuk (*aesthetics*) dalam satu produk kriya terapan utuh.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siklus perancangan desain: identifikasi kebutuhan masalah sehari-hari di rumah/kelas, pembuatan sketsa rancangan awal bertampak depan-samping, pemilihan material ramah lingkungan (kombinasi kayu stik es krim, kardus gelombang, kain perca, bambu, atau botol kaca), proses perakitan, dan pengujian fungsi produk.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Melalui proyek pembuatan lampu tidur hias hemat energi, rak gantung serbaguna, atau celengan mekanik otomatis, peserta didik mengembangkan pola pikir desain (*design thinking*), keterampilan rekayasa teknik sederhana, serta jiwa kewirausahaan kreatif sejak dini.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Kriya Fungsional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Produk kerajinan tangan yang dirancang dengan tujuan utama untuk dipakai memenuhi kebutuhan praktis sehari-hari tanpa mengabaikan nilai keindahan.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Ergonomi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Ilmu kenyamanan dan keselarasan desain produk dengan postur tubuh manusia agar aman, nyaman, dan efisien saat digunakan.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Design Thinking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Pendekatan kreatif memecahkan masalah praktis melalui empati kebutuhan pengguna, pembuatan prototipe, dan pengujian produk.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Prototipe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Model contoh awal suatu produk yang dibuat untuk menguji fungsi dan konstruksi sebelum diproduksi secara utuh.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Konstruksi Sambungan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merekatkan atau mengunci dua bagian bahan yang berbeda agar kokoh dan tidak mudah patah saat dibebani.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