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Seni Montase dan Kolase Tematik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karya seni rupa teknik montase dan kolase.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karya montase bertema lingkungan hidup dengan memanfaatkan majalah bekas.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keterampilan menggunting, menempel, dan mengomposisikan objek secara artistik.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teknik montase (menempel potongan foto dari majalah/koran) dan kolase (bahan alam: biji, daun, ranting) menjadi cerita visual lingkungan hidup.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Perbedaan Teknik Montase dan Kolase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karya montase (potongan gambar cetak) dan kolase (potongan bahan alami/kertas).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Mengumpulkan dan Menggunting Gambar Tematik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Memilih potongan gambar hewan, pohon, dan bangunan dari majalah bekas sesuai tema.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Menempel dan Menyempurnakan Cerita Visual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Merekatkan gambar menggunakan lem secara rapi dan menambahkan arsiran latar belakang.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Karya seni rupa yang dibuat dengan cara menggunting gambar-gambar jadi dari koran atau majalah bekas lalu ditempelkan menjadi susunan cerita baru disebut karya...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Montase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Anyaman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Sablon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Montase memanfaatkan gambar siap pakai yang dipotong dan digabungkan menjadi tema baru.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Bahan alami yang paling cocok digunakan untuk membuat karya kolase bertekstur pada gambar burung merak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Biji-bijian (jagung, kacang hijau) dan daun-daun kering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Pecahan kaca tajam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Plastik detergen basah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Minyak goreng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Biji-bijian dan daun kering adalah bahan kolase alam yang aman dan kaya warna serta tekstur.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teknik montase dan teknik kolase terletak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Montase menggunakan potongan gambar yang sudah jadi, sedangkan kolase menggunakan tempelan bahan mentah/serpihan material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Montase harus dipahat di atas batu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Kolase hanya boleh dibuat oleh orang dewasa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Montase tidak memerlukan lem perekat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Montase merangkai gambar jadi (foto), sedangkan kolase merangkai bahan mentah (biji, kertas, kain).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Alat pemotong yang harus digunakan secara hati-hati saat merapikan pinggiran gambar montase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Gunting bergagang tumpul untuk anak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Pisau dapur bergerigi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Gergaji besi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Jarum jahit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Gunting anak dengan ujung tumpul aman digunakan peserta didik untuk memotong kertas.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peduli lingkungan yang tercermin dalam pembuatan karya seni montase dari majalah bekas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Membeli majalah baru setiap hari untuk digunting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Memanfaatkan barang bekas menjadi karya seni yang indah (upcycling)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Membuang sisa guntingan kertas di bawah meja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Menjual majalah milik perpustakaan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Memanfaatkan kembali kertas majalah lama mengurangi limbah sampah lingkungan.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4: Seni Montase dan Kolase Tematik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Perbedaan Teknik Montase dan Kolase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karya montase (potongan gambar cetak) dan kolase (potongan bahan alami/kertas).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Mengumpulkan dan Menggunting Gambar Tematik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Memilih potongan gambar hewan, pohon, dan bangunan dari majalah bekas sesuai tema.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Menempel dan Menyempurnakan Cerita Visual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Merekatkan gambar menggunakan lem secara rapi dan menambahkan arsiran latar belakang.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Seni menempel merupakan cara kreatif mengomposisikan berbagai bahan menjadi karya seni rupa dua dimensi baru yang sarat makna cerita. Dua teknik populer adalah montase dan kolase.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Montase dibuat dengan memotong gambar-gambar jadi dari berbagai sumber (seperti majalah bekas, koran, brosur) lalu menyusunnya menjadi satu tema cerita baru (misal tema kelestarian hutan atau kota impian).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memadukan montase foto dengan kolase bahan alami (daun kering, biji jagung, serutan kayu) untuk menghasilkan karya rupa ramah lingkungan dengan memanfaatkan barang bekas di sekitarnya.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Montase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rupa yang dibuat dengan cara menempelkan beberapa gambar jadi yang sudah ada dari berbagai sumber menjadi susunan karya baru.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Kolase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tempel dua dimensi yang dibuat dengan menempelkan berbagai bahan beragam (kertas, kain, biji-bijian, daun) pada permukaan gambar.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Cerita Visual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Penyampaian pesan atau kisah melalui rangkaian gambar tanpa banyak menggunakan teks kata-kata.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Daur Ulang Kreatif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Pemanfaatan kembali barang bekas (majalah lama, kertas sisa) menjadi barang bernilai seni tinggi.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