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Seni Melipat dan Membentuk Kertas (Origami)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pengertian dan asal-usul seni melipat kertas origami.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lipatan-lipatan dasar kertas secara rapi dan simetris.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menghasilkan bentuk karya origami hewan atau benda mainan secara mandiri.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seni melipat kertas origami secara bertahap membentuk perahu air, katak melompat, kupu-kupu, dan burung bangau ceria.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Kertas Origami dan Lipatan Dasar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kertas bujur sangkar dan melatih lipatan simetri segitiga serta persegi.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Membaca Diagram Langkah Melipat Kertas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Mengikuti instruksi tanda panah lipat pada lembar panduan secara berurutan.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Kreasi Origami Hewan dan Perahu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figur origami katak loncat atau perahu layar dan menghias matanya dengan spidol.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Seni tradisional melipat kertas menjadi berbagai bentuk hewan atau benda tanpa banyak menggunakan lem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Anyaman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Origami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Lukisan kaca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Menjahit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Origami adalah seni melipat kertas asal Jepang yang mengandalkan keterampilan melipat murni.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Bentuk dasar kertas yang umum digunakan dalam membuat karya seni origami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(bujur sangkar)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Segitiga sembarang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Trapesium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Kertas origami standar berbentuk bujur sangkar (persegi dengan 4 sisi sama panjang).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Langkah awal yang tepat saat melipat kertas origami agar hasilnya rapi dan pas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Menarik kertas hingga sobek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Menyatukan ujung-ujung sudut kertas secara tepat dan menekan garis lipatannya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Meremas kertas menjadi bulat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Membasahi kertas dengan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Menyejajarkan sudut sudut kertas secara presisi menghasilkan lipatan simetris yang rapi.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Karya origami sederhana yang dapat mengapung saat diletakkan di atas permukaan air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Origami perahu layar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Origami rumah batu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Origami mobil balap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Origami meja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Origami perahu layar memiliki lambung kapal berongga yang dapat mengapung di atas 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melatih seni melipat kertas origami bagi peserta didik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Melatih konsentrasi, ketelitian, dan kekuatan motorik jemari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Membuat tangan cepat lelah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Menghilangkan kertas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Mengurangi kreativitas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Origami melatih koordinasi mata-tangan, kesabaran, dan kemampuan berpikir logis prosedural.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8: Seni Melipat dan Membentuk Kertas (Origami)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Kertas Origami dan Lipatan Dasar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kertas bujur sangkar dan melatih lipatan simetri segitiga serta persegi.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Membaca Diagram Langkah Melipat Kertas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Mengikuti instruksi tanda panah lipat pada lembar panduan secara berurutan.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Kreasi Origami Hewan dan Perahu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figur origami katak loncat atau perahu layar dan menghias matanya dengan spidol.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melipat kertas (origami) adalah seni tradisional membentuk kertas bujur sangkar menjadi berbagai bentuk figuratif tanpa menggunakan lem atau gunting berlebihan. Bab 8 melatih konsentrasi, ketepatan sudut, dan daya ingat prosedural anak.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melipat garis simetris dasar (lipatan diagonal segitiga dan lipatan buku persegi panjang), meratakan bekas lipatan (crease) dengan ujung kuku agar lipatan tajam dan rapi.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mengikuti tahapan diagram langkah melipat untuk menghasilkan karya origami figur binatang (katak, burung, kupu-kupu) dan alat transportasi (perahu layar, pesawat terbang) yang dapat dimainkan bersama teman.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Origami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tradisional melipat kertas dari Jepang untuk membentuk aneka figur binatang, bunga, dan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Simetris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yang seimbang dan sama persis ukuran kedua sisinya jika dilipat pada garis tengah.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Bekas Lipatan (Crease)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lekukan tegas pada kertas yang dihasilkan dari tekanan kuku atau jari tangan saat melipat.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Kertas Bujur Sangkar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Kertas persegi yang memiliki empat sisi sama panjang dan empat sudut siku-siku.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