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Menghias Benda Fungsional dari Bahan Bekas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manfaat mendaur ulang barang bekas menjadi karya seni terapan yang berguna.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dan membuat hiasan wadah alat tulis dari botol bekas atau karton.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kepedulian lingkungan dan kebanggaan memakai karya buatan sendiri.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seni kriya terapan mendaur ulang barang bekas (botol plastik, kaleng, kardus) menjadi tempat pensil atau celengan berhias motif ceria.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Konsep Seni Terapan (Fungsional)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perbedaan karya seni murni pajangan dan karya kriya yang memiliki kegunaan nyata.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Mengolah Bahan Bekas Kemasan Menjadi Benda Guna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Menyiapkan botol plastik atau kaleng bekas yang bersih dan memotongnya dengan aman.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Menghias Wadah Pensil dengan Teknik Tempel dan Lukis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Membalut wadah dengan bahan hiasan dekoratif sehingga tampak indah dan siap dipakai di meja belajar.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Karya seni rupa yang dibuat dengan mengutamakan fungsi kegunaannya dalam kehidupan sehari-hari disebut seni...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Seni murni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Seni terapan (kriya)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Seni bayangan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Seni musik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Seni terapan atau seni kriya mengutamakan nilai fungsi pakai di samping nilai keindahan visual.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Contoh barang bekas yang sangat cocok diubah menjadi tempat meletakkan pensil di meja belajar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Botol plastik bekas atau kaleng susu bersih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Kertas tisu basah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Kulit bawang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Pecahan piring kaca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Botol plastik dan kaleng memiliki struktur tabung kokoh yang ideal untuk wadah alat tulis.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Bahan yang dapat digunakan untuk melapisi dan mempercantik bagian luar wadah pensil botol plastik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Kertas origami, kain flanel, atau benang wol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Air sabun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Pasir basah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Minyak tanah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Kertas warna, kain flanel, dan benang wol memberikan tekstur dan motif warna yang indah pada wadah.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Manfaat positif dari membuat karya kerajinan tangan dari barang bekas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Menambah tumpukan sampah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Mengurangi sampah plastik dan menghasilkan barang yang bermanfaat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Membeli barang mahal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Mengotori ruang kelas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Daur ulang mengurangi volume sampah dan melatih kreativitas mengubah barang tak terpakai jadi bernilai.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Saat memotong botol plastik dengan gunting, hal yang harus kita utamakan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Kehati-hatian agar tangan tidak tergores bagian pinggir yang tajam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Memotong secepat mungkin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Bercanda dengan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Menarik botol dengan paksa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Kehati-hatian saat menggunakan gunting dan merapikan tepi plastik tajam sangat penting demi keselamatan kerja.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7: Menghias Benda Fungsional dari Bahan Bekas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Konsep Seni Terapan (Fungsional)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perbedaan karya seni murni pajangan dan karya kriya yang memiliki kegunaan nyata.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Mengolah Bahan Bekas Kemasan Menjadi Benda Guna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Menyiapkan botol plastik atau kaleng bekas yang bersih dan memotongnya dengan aman.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Menghias Wadah Pensil dengan Teknik Tempel dan Lukis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Membalut wadah dengan bahan hiasan dekoratif sehingga tampak indah dan siap dipakai di meja belajar.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Seni terapan (kriya) memadukan unsur keindahan (estetika) dengan nilai guna (fungsi pakai) dalam kehidupan sehari-hari. Bab 7 menanamkan kreativitas daur ulang (upcycling) untuk mengurangi limbah anorganik di sekitar rumah dan sekolah.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memanfaatkan botol plastik bekas air mineral, kaleng biskuit kecil, atau gulungan karton tisu untuk disulap menjadi wadah alat tulis meja, celengan koin, atau pot tanaman hias mini.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menghias permukaan benda fungsional tersebut menggunakan lilitan benang wol warna-warni, tempelan kertas kado bermotif, potongan kain flanel, atau lukisan cat akrilik ceria.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Seni Terapan (Kriya)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rupa yang diciptakan untuk memenuhi kebutuhan praktis sehari-hari tanpa mengabaikan nilai keindahan.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Daur Ulang (Upcycling)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Mengubah barang bekas yang tidak terpakai menjadi produk baru yang bernilai guna dan indah.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Benda Fungsional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Barang buatan yang memiliki fungsi nyata untuk membantu kegiatan manusia (tempat pensil, celengan).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Estetika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keindahan dan keselarasan visual yang dinikmati oleh panca indra penglihatan.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