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Eksplorasi Kolase Kertas dan Biji-Bijian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teknik berkarya seni rupa kolase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alat gunting dan lem secara aman dan rapi.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menghasilkan karya kolase dari perpaduan kertas dan biji-bijian dengan ketelitian tinggi.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seni menempel kolase memadukan sobekan/potongan kertas warna dan aneka biji-bijian pada pola gambar hewan atau buah.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Prinsip Seni Tempel Kolase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pengertian kolase dan teknik menempel bahan secara rapi pada pola gambar.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Eksplorasi Bahan Kertas dan Biji-Bijian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ragam tekstur, bentuk, dan warna alami aneka biji (kacang hijau, jagung, beras).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Membuat Karya Kolase Pola Hewan atau Buah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karya kolase utuh dengan komposisi bahan yang rekat kuat dan rapi.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Karya seni rupa dua dimensi yang dibuat dengan cara menempelkan potongan kertas atau biji pada gambar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Patung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Kolase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Anyaman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Batik tulis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Kolase adalah seni menempel aneka bahan pada bidang gambar datar.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Bahan alami biji-bijian yang sangat cocok untuk memberi warna hijau alami pada kolase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Biji jagung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Biji kacang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Beras putih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Biji kedelai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Biji kacang hijau memiliki kulit alami berwarna hijau tua yang sangat bagus untuk kolase daun.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Alat perekat yang digunakan untuk menempelkan biji-bijian agar tidak mudah lepas dari kertas tebal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Air biasa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Lem kertas/lem kayu yang kuat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Minyak goreng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Cat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Lem yang kuat (seperti lem PVAc/lem kayu putih) mampu merekatkan biji dengan kokoh pada kertas tebal.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Cara menempelkan bahan kolase yang baik agar gambar terlihat rapi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Menempelkan bahan saling bertumpuk acak di luar garis pola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Menempelkan bahan secara rapat mengikuti batas garis pola gambar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Menyiram lem ke seluruh meja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Membiarkan banyak celah kosong berlubang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Menempel secara rapat dan disiplin mengikuti batas garis sketsa menghasilkan karya yang rapi dan estetis.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yang paling dilatih saat kita menempelkan biji-bijian kecil satu per satu pada pola kolase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Kesabaran dan ketelitian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Ketergesa-gesaan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Kemarahan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Kemalasan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Menyusun biji kecil menuntut kesabaran jemari tangan dan ketelitian mata yang tinggi.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5: Eksplorasi Kolase Kertas dan Biji-Bijian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Prinsip Seni Tempel Kolase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pengertian kolase dan teknik menempel bahan secara rapi pada pola gambar.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Eksplorasi Bahan Kertas dan Biji-Bijian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ragam tekstur, bentuk, dan warna alami aneka biji (kacang hijau, jagung, beras).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Membuat Karya Kolase Pola Hewan atau Buah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karya kolase utuh dengan komposisi bahan yang rekat kuat dan rapi.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Kolase adalah teknik berkarya seni rupa dua dimensi dengan cara menempelkan bermacam-macam bahan pada permukaan bidang gambar. Bab 5 melatih keterampilan motorik halus, kesabaran, dan kepekaan tekstur peserta didik.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menggunakan bahan kertas origami (teknik sobek dan potong) yang dipadukan dengan bahan alami biji-bijian (biji jagung kuning, kacang hijau, beras merah, kedelai) untuk mengisi sketsa pola gambar binatang atau buah-buahan.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ini mengajarkan ketelitian dalam mengoleskan lem secukupnya, menyusun bahan secara rapat tanpa celah putih, serta memadukan warna alami biji dengan warna cerah kertas.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Kolase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dua dimensi yang dibuat dengan cara menempelkan berbagai bahan (kertas, biji, daun) pada pola gambar.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Motorik Halus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Keterampilan mengoordinasikan gerakan otot-otot kecil tangan dan jemari bersama penglihatan mata.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Sketsa Pola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Gambar garis rancangan awal yang akan diisi atau dihias dengan tempelan bahan.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Bahan Tempel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Material (kertas warna, biji-bijian) yang direkatkan menggunakan lem ke permukaan kertas.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