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A (KELAS 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Menggambar Bentuk Organis dan Geometris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karakteristik bentuk geometris dan bentuk organis.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menggambar aneka ragam bentuk geometris dan organis secara mandiri.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memadukan kedua bentuk tersebut ke dalam sebuah karya gambar yang kreatif dan seimbang.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membedakan bentuk geometris terukur (kotak, segitiga, lingkaran) dan bentuk organis alami (daun, awan, hewan) dalam komposisi gambar.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Bentuk Geometris Teratur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Menggambar dan mengenali ciri bentuk beraturan (persegi, segitiga, lingkaran) pada benda buatan manusia.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Mengenal Bentuk Organis Bebas Alami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Menggambar lekukan bentuk bebas terinspirasi dari dedaunan, awan, dan hewan di alam sekitar.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Kolaborasi Bentuk Geometris dan Organis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Menciptakan komposisi gambar pemandangan utuh yang memadukan bangunan geometris dan alam organis.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Bentuk yang memiliki ukuran beraturan dan sudut yang pasti seperti segitiga dan persegi dinamakan bentuk...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Organis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Geometris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Abstrak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Samar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Bentuk geometris adalah bentuk teratur matematis seperti kotak, lingkaran, dan segitiga.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Contoh objek yang memiliki bentuk organis alami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Buku tulis kotak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Daun pohon mangga dan awan di langit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Pintu kelas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Penggaris besi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Daun dan awan memiliki bentuk lekukan bebas alami sehingga termasuk bentuk organis.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Saat menggambar rumah, bagian atap segitiga dan dinding kotak merupakan penerapan bentuk...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Geometris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Organis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Bayangan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Titik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Segitiga dan kotak dinding adalah bentuk geometris buatan manusia.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Benda di alam bebas yang memiliki bentuk organis tidak beraturan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Batu kali di sungai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Keramik lantai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Layar televisi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Papan catur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Batu kali memiliki bentuk lonjong bebas tak beraturan yang terbentuk secara alami.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Menggabungkan bentuk gedung perkotaan dengan pohon rindang di sekitarnya dalam gambar menghasilkan perpaduan bentuk...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Geometris saja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Organis saja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Geometris dan organis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Tidak berbentuk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Gedung mewakili bentuk geometris, sedangkan pohon mewakili bentuk organis.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3: Menggambar Bentuk Organis dan Geometris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Bentuk Geometris Teratur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Menggambar dan mengenali ciri bentuk beraturan (persegi, segitiga, lingkaran) pada benda buatan manusia.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Mengenal Bentuk Organis Bebas Alami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Menggambar lekukan bentuk bebas terinspirasi dari dedaunan, awan, dan hewan di alam sekitar.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Kolaborasi Bentuk Geometris dan Organis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Menciptakan komposisi gambar pemandangan utuh yang memadukan bangunan geometris dan alam organis.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Bidang dan bentuk adalah wujud nyata dari garis yang saling bertemu ujungnya. Pada bab ini, peserta didik belajar membedakan dua kelompok bentuk besar dalam seni rupa: bentuk geometris dan bentuk organis.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Bentuk geometris adalah bentuk beraturan dan terukur secara matematis seperti persegi, persegi panjang, segitiga, dan lingkaran (contoh: jendela, roda, atap rumah). Sedangkan bentuk organis adalah bentuk bebas dan luwes yang ditemukan pada alam hidup seperti daun, tetesan air, batu kali, dan siluet hewan.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menggabungkan kedua jenis bentuk tersebut dalam satu komposisi karya gambar imajinatif (misalnya menggambar pemandangan kota di mana gedung geometris berdampingan dengan pohon dan awan organis).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Bentuk Geometris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beraturan yang memiliki ukuran dan sudut pasti secara matematis (persegi, segitiga, lingkaran).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Bentuk Organis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bebas tak beraturan yang bersifat luwes dan meniru bentuk makhluk hidup di alam (daun, awan, hewan).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Proporsi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Perbandingan ukuran antara bagian-bagian benda dengan keseluruhan gambar.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Siluet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Bayangan atau gambar bentuk menyeluruh suatu objek yang diisi dengan satu warna pekat.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2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