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Eksplorasi Titik, Garis, dan Pola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dan menggambar berbagai jenis garis dengan rapi dan percaya 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unsur titik dan garis yang ada pada benda-benda di alam sekitarnya.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menghasilkan karya gambar dekoratif sederhana menggunakan kombinasi aneka pola garis.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mengenali unsur dasar rupa titik dan aneka jenis garis, serta menggabungkannya menjadi pola dekoratif gambar pemandangan yang indah.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Jenis-Jenis Garis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garis lurus, lengkung, bergelombang, zigzag, dan spiral menggunakan spidol/krayon.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Menemukan Pola Garis pada Benda Alam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corak garis pada daun, kulit pohon, dan bulu hewan peliharaan.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Gambar Pola Garis Dekoratif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Mengisi bidang kosong gambar dengan kombinasi aneka pola garis berulang secara kreatif.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Unsur seni rupa yang paling dasar dan terbentuk saat ujung pensil pertama kali disentuhkan ke kertas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Bidang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Titik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Warna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Titik adalah unsur visual terkecil yang mengawali terbentuknya garis dan bidang rupa.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Garis yang memiliki bentuk patah-patah bersudut tajam menyerupai sambaran petir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Garis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Garis zigzag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Garis lengkung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Garis spiral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Garis zigzag berbentuk garis patah-patah dengan sudut lancip yang tajam.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Benda di alam sekitar yang memiliki corak garis berulang hitam dan putih yang unik adalah kulit hewan...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Gajah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Zebra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Kura-kura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Zebra terkenal dengan pola garis hitam putih vertikal alami pada tubuhnya.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Garis lengkung yang berputar melingkar keluar dari titik pusat menyerupai rumah siput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Garis tegak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Garis spiral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Garis mendatar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Garis putus-putus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Garis spiral melingkar konsentris keluar dari satu titik seperti bentuk cangkang siput.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Fungsi membuat pola garis yang bervariasi pada gambar ikan atau bunga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Agar gambar menjadi kotor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Memperindah dan memberikan tekstur visual pada karya gambar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Menghabiskan tinta spidol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Merusak kertas gambar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Pola garis dekoratif memperkaya keindahan estetika dan tekstur bidang visual karya.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1: Eksplorasi Titik, Garis, dan Pola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Jenis-Jenis Garis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garis lurus, lengkung, bergelombang, zigzag, dan spiral menggunakan spidol/krayon.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Menemukan Pola Garis pada Benda Alam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corak garis pada daun, kulit pohon, dan bulu hewan peliharaan.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Gambar Pola Garis Dekoratif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Mengisi bidang kosong gambar dengan kombinasi aneka pola garis berulang secara kreatif.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Titik dan garis adalah unsur visual paling mendasar dalam penciptaan karya seni rupa. Pada bab ini, peserta didik mengeksplorasi variasi garis: garis lurus (tegak, mendatar, miring), garis lengkung, garis zigzag, garis bergelombang, dan garis spiral.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mengamati keberadaan aneka garis pada benda-benda alam di sekitarnya, seperti urat daun, garis cakrawala laut, pola kulit zebra, dan ombak air.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kegiatan berkarya, peserta didik menyusun pengulangan garis menjadi sebuah pola dekoratif (ritme visual) yang mempercantik bidang gambar hewan, tumbuhan, atau rumah idaman.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Unsur seni rupa paling sederhana yang menjadi awal terbentuknya suatu garis.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Goresan memanjang atau batas penghubung dari titik-titik yang memiliki arah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Dekoratif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motif atau ornamen hias yang dibuat berulang secara teratur untuk memperindah bidang gambar.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Zigzag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patah-patah yang terbentuk dari rangkaian sudut lancip tajam.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