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Publikasi Karya dan Manajemen Pameran Visual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Publikasi Karya dan Manajemen Pameran Visual dalam konteks operasional kejuruan secara komprehensif.</w:t>
      </w:r>
    </w:p>
    <w:p>
      <w:pPr>
        <w:pStyle w:val="ListNumber"/>
      </w:pPr>
      <w:r>
        <w:rPr>
          <w:rFonts w:ascii="Calibri" w:hAnsi="Calibri"/>
          <w:b w:val="0"/>
          <w:i w:val="0"/>
          <w:color w:val="000000"/>
          <w:sz w:val="19"/>
        </w:rPr>
        <w:t>Menerapkan prosedur kerja dan teknik pemecahan masalah terkait Publikasi Karya dan Manajemen Pameran Visual secara mandiri dan presisi.</w:t>
      </w:r>
    </w:p>
    <w:p>
      <w:pPr>
        <w:pStyle w:val="ListNumber"/>
      </w:pPr>
      <w:r>
        <w:rPr>
          <w:rFonts w:ascii="Calibri" w:hAnsi="Calibri"/>
          <w:b w:val="0"/>
          <w:i w:val="0"/>
          <w:color w:val="000000"/>
          <w:sz w:val="19"/>
        </w:rPr>
        <w:t>Mengevaluasi hasil kerja, kepatuhan SOP, dan keselamatan kerja (K3) pada aktivitas pembelajaran Publikasi Karya dan Manajemen Pameran Visual.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Perencanaan pameran karya siswa, kurasi display produk kreatif, publikasi promosi visual, dan evaluasi apresiasi pengunjung.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Publikasi Karya dan Manajemen Pameran Visual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Publikasi Karya dan Manajemen Pameran Visual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Publikasi Karya dan Manajemen Pameran Visual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Publikasi Karya dan Manajemen Pameran Visual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Publikasi Karya dan Manajemen Pameran Visual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Publikasi Karya dan Manajemen Pameran Visual?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Publikasi Karya dan Manajemen Pameran Visual.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Publikasi Karya dan Manajemen Pameran Visual?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Publikasi Karya dan Manajemen Pameran Visual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Seni Rupa • Bab 4: Publikasi Karya dan Manajemen Pameran Visual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Publikasi Karya dan Manajemen Pameran Visual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Publikasi Karya dan Manajemen Pameran Visual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Publikasi Karya dan Manajemen Pameran Visual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Publikasi Karya dan Manajemen Pameran Visual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Publikasi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Publikasi Karya dan Manajemen Pameran Visual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Manajemen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