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Apresiasi Karya Seni Rupa Terapan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Apresiasi Karya Seni Rupa Terapan Nusantara dalam konteks operasional kejuruan secara komprehensif.</w:t>
      </w:r>
    </w:p>
    <w:p>
      <w:pPr>
        <w:pStyle w:val="ListNumber"/>
      </w:pPr>
      <w:r>
        <w:rPr>
          <w:rFonts w:ascii="Calibri" w:hAnsi="Calibri"/>
          <w:b w:val="0"/>
          <w:i w:val="0"/>
          <w:color w:val="000000"/>
          <w:sz w:val="19"/>
        </w:rPr>
        <w:t>Menerapkan prosedur kerja dan teknik pemecahan masalah terkait Apresiasi Karya Seni Rupa Terapan Nusantara secara mandiri dan presisi.</w:t>
      </w:r>
    </w:p>
    <w:p>
      <w:pPr>
        <w:pStyle w:val="ListNumber"/>
      </w:pPr>
      <w:r>
        <w:rPr>
          <w:rFonts w:ascii="Calibri" w:hAnsi="Calibri"/>
          <w:b w:val="0"/>
          <w:i w:val="0"/>
          <w:color w:val="000000"/>
          <w:sz w:val="19"/>
        </w:rPr>
        <w:t>Mengevaluasi hasil kerja, kepatuhan SOP, dan keselamatan kerja (K3) pada aktivitas pembelajaran Apresiasi Karya Seni Rupa Terapan Nusantara.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Telaah ragam motif kriya tradisional, ornamen ukir daerah, nilai filosofis seni rupa lokal, dan adaptasinya pada produk modern.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Apresiasi Karya Seni Rupa Terapan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Apresiasi Karya Seni Rupa Terapan Nusantara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Apresiasi Karya Seni Rupa Terapan Nusantara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Apresiasi Karya Seni Rupa Terapan Nusantara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Apresiasi Karya Seni Rupa Terapan Nusantara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Apresiasi Karya Seni Rupa Terapan Nusantara?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Apresiasi Karya Seni Rupa Terapan Nusantara.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Apresiasi Karya Seni Rupa Terapan Nusantara?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Apresiasi Karya Seni Rupa Terapan Nusantara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Seni Rupa • Bab 3: Apresiasi Karya Seni Rupa Terapan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Apresiasi Karya Seni Rupa Terapan Nusantara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Apresiasi Karya Seni Rupa Terapan Nusantara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Apresiasi Karya Seni Rupa Terapan Nusantara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Apresiasi Karya Seni Rupa Terapan Nusantara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Apresiasi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Apresiasi Karya Seni Rupa Terapan Nusantara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