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Reka Bentuk dan Gambar Perspektif Objek Teknik</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Reka Bentuk dan Gambar Perspektif Objek Teknik dalam konteks operasional kejuruan secara komprehensif.</w:t>
      </w:r>
    </w:p>
    <w:p>
      <w:pPr>
        <w:pStyle w:val="ListNumber"/>
      </w:pPr>
      <w:r>
        <w:rPr>
          <w:rFonts w:ascii="Calibri" w:hAnsi="Calibri"/>
          <w:b w:val="0"/>
          <w:i w:val="0"/>
          <w:color w:val="000000"/>
          <w:sz w:val="19"/>
        </w:rPr>
        <w:t>Menerapkan prosedur kerja dan teknik pemecahan masalah terkait Reka Bentuk dan Gambar Perspektif Objek Teknik secara mandiri dan presisi.</w:t>
      </w:r>
    </w:p>
    <w:p>
      <w:pPr>
        <w:pStyle w:val="ListNumber"/>
      </w:pPr>
      <w:r>
        <w:rPr>
          <w:rFonts w:ascii="Calibri" w:hAnsi="Calibri"/>
          <w:b w:val="0"/>
          <w:i w:val="0"/>
          <w:color w:val="000000"/>
          <w:sz w:val="19"/>
        </w:rPr>
        <w:t>Mengevaluasi hasil kerja, kepatuhan SOP, dan keselamatan kerja (K3) pada aktivitas pembelajaran Reka Bentuk dan Gambar Perspektif Objek Teknik.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Penerapan gambar proyeksi perspektif satu dan dua titik lenyap, teknik arsir bayangan objek tiga dimensi, dan sketsa desain visual.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Reka Bentuk dan Gambar Perspektif Objek Teknik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Reka Bentuk dan Gambar Perspektif Objek Teknik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Reka Bentuk dan Gambar Perspektif Objek Teknik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Reka Bentuk dan Gambar Perspektif Objek Teknik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Reka Bentuk dan Gambar Perspektif Objek Teknik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Reka Bentuk dan Gambar Perspektif Objek Teknik?</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Reka Bentuk dan Gambar Perspektif Objek Teknik.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Reka Bentuk dan Gambar Perspektif Objek Teknik?</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Reka Bentuk dan Gambar Perspektif Objek Teknik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Seni Rupa • Bab 2: Reka Bentuk dan Gambar Perspektif Objek Teknik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Reka Bentuk dan Gambar Perspektif Objek Teknik</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Reka Bentuk dan Gambar Perspektif Objek Teknik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Reka Bentuk dan Gambar Perspektif Objek Teknik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Reka Bentuk dan Gambar Perspektif Objek Teknik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Reka Bentuk dan Gambar Perspektif Objek Teknik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Bentuk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Gambar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