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E (KELAS 10)</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E (Kelas 10)</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Eksplorasi Unsur Rupa dan Komposisi Desain Visual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(PjBL) &amp; Penerapan Kontekstual Dunia Kerja (DUDI)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Ruang kelas/bengkel praktik kejuruan, referensi standar operasional (SOP), perangkat presentasi,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Eksplorasi Unsur Rupa dan Komposisi Desain Visual dalam konteks operasional kejuruan secara komprehensif.</w:t>
      </w:r>
    </w:p>
    <w:p>
      <w:pPr>
        <w:pStyle w:val="ListNumber"/>
      </w:pPr>
      <w:r>
        <w:rPr>
          <w:rFonts w:ascii="Calibri" w:hAnsi="Calibri"/>
          <w:b w:val="0"/>
          <w:i w:val="0"/>
          <w:color w:val="000000"/>
          <w:sz w:val="19"/>
        </w:rPr>
        <w:t>Menerapkan prosedur kerja dan teknik pemecahan masalah terkait Eksplorasi Unsur Rupa dan Komposisi Desain Visual secara mandiri dan presisi.</w:t>
      </w:r>
    </w:p>
    <w:p>
      <w:pPr>
        <w:pStyle w:val="ListNumber"/>
      </w:pPr>
      <w:r>
        <w:rPr>
          <w:rFonts w:ascii="Calibri" w:hAnsi="Calibri"/>
          <w:b w:val="0"/>
          <w:i w:val="0"/>
          <w:color w:val="000000"/>
          <w:sz w:val="19"/>
        </w:rPr>
        <w:t>Mengevaluasi hasil kerja, kepatuhan SOP, dan keselamatan kerja (K3) pada aktivitas pembelajaran Eksplorasi Unsur Rupa dan Komposisi Desain Visual.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Analisis garis, bentuk, tekstur, ruang, pencahayaan, teori warna rupa, dan prinsip keseimbangan dalam tata letak visual.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Eksplorasi Unsur Rupa dan Komposisi Desain Visual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Eksplorasi Unsur Rupa dan Komposisi Desain Visual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Eksplorasi Unsur Rupa dan Komposisi Desain Visual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Eksplorasi Unsur Rupa dan Komposisi Desain Visual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Eksplorasi Unsur Rupa dan Komposisi Desain Visual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Eksplorasi Unsur Rupa dan Komposisi Desain Visual?</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Eksplorasi Unsur Rupa dan Komposisi Desain Visual.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Eksplorasi Unsur Rupa dan Komposisi Desain Visual?</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Eksplorasi Unsur Rupa dan Komposisi Desain Visual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Seni Rupa • Bab 1: Eksplorasi Unsur Rupa dan Komposisi Desain Visual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Eksplorasi Unsur Rupa dan Komposisi Desain Visual</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Eksplorasi Unsur Rupa dan Komposisi Desain Visual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Eksplorasi Unsur Rupa dan Komposisi Desain Visual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Eksplorasi Unsur Rupa dan Komposisi Desain Visual pada jenjang SMK Kelas 10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Eksplorasi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Eksplorasi Unsur Rupa dan Komposisi Desain Visual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Unsur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Rupa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10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