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Kerajinan Mainan dari Bahan Daur Ulang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potensi benda limbah rumah tangga untuk diubah menjadi karya seni 3 dimensi bernilai guna.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Merakit aneka kemasan bekas menjadi bentuk mainan baru dengan teknik rekat yang kokoh.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Menghias permukaan benda 3D menggunakan kombinasi kertas warna, spidol, dan krayon.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Menyampaikan cerita proses pembuatan karya sendiri dan memberikan pujian santun pada karya teman.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Seni Rupa Kelas 1 SD Bab 8 untuk mengonstruksi karya seni patung dan mainan 3 dimensi dari botol plastik bekas, kardus susu, dan tutup botol.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Mengamati Bentuk Kemasan Bekas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tabung botol, balok kardus, dan lingkaran tutup botol sebagai bahan baku seni.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Merakit dan Menghias Objek Mainan Tiga Dimensi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Menyambung kotak kardus dengan selotip kertas dan mewarnainya menjadi mobil atau robot.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Pameran Mini dan Apresiasi Karya Seni Kelas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Menata karya kerajinan di meja pameran dan menceritakan proses pembuatannya kepada teman.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Membuat karya seni dari bahan bekas yang tidak terpakai merupakan contoh tindakan peduli lingkungan berupa...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Daur ulang (kreasi upcycling)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Membuang sampah sembarangan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Membakar plastik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Pemborosan barang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Memanfaatkan kembali limbah menjadi benda fungsional atau estetis adalah prinsip 3R (Reuse &amp; Recycle).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Benda bekas yang dapat disulap menjadi tempat pensil meja yang cantik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Kaleng biskuit atau botol plastik bekas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Kulit pisang busuk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Jarum suntik bekas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Pecahan piring keramik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Kaleng biskuit atau tabung botol plastik yang telah dibersihkan sangat pas dijadikan wadah pensil dengan hiasan kertas.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Kardus bekas kemasan pasta gigi atau susu kotak dapat dirangkai menjadi mainan bentuk...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Mobil-mobilan atau rumah-rumahan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Air terjun nyata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Sayuran segar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Pesawat terbang sungguhan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Bentuk kotak kardus mudah digabungkan membentuk badan mobil, gerbong kereta, atau rumah miniatur mainan.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Sebelum barang bekas diolah menjadi karya kerajinan, langkah kebersihan yang wajib dilakukan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Mencuci dan mengeringkan barang bekas tersebut hingga bersih dari sisa kotoran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Langsung mengecat barang saat masih kotor dan berbau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Membiarkannya basah dan berjamur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Merendamnya di air comberan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Barang bekas harus dicuci bersih dan kering agar higienis, tidak berbau, dan aman disentuh saat berkarya.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Rasa bangga saat berhasil membuat mainan sendiri dari bahan bekas timbul karena kita...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Mampu berkreasi dengan mandiri dan menjaga kelestarian 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Menghabiskan banyak uang jajan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Mencontek hasil karya orang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Membeli mainan impor yang mahal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Menciptakan karya dengan kreativitas sendiri melatih kemandirian, daya cipta, serta kebanggaan berkarya positif.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8: Kerajinan Mainan dari Bahan Daur Ulang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Mengamati Bentuk Kemasan Bekas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tabung botol, balok kardus, dan lingkaran tutup botol sebagai bahan baku seni.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Merakit dan Menghias Objek Mainan Tiga Dimensi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Menyambung kotak kardus dengan selotip kertas dan mewarnainya menjadi mobil atau robot.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Pameran Mini dan Apresiasi Karya Seni Kelas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Menata karya kerajinan di meja pameran dan menceritakan proses pembuatannya kepada teman.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Seni Rupa kelas 1 mengintegrasikan seluruh keterampilan rupa (garis, bentuk, warna, tekstur, perakitan) ke dalam proyek konstruksi 3 dimensi ramah lingkungan.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mengumpulkan limbah anorganik bersih dari rumah seperti kotak kemasan susu, botol air mineral, dan tutup botol. Siswa merakitnya menjadi bentuk robot mini, mobil-mobilan roda tutup botol, atau tempat pensil meja.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menanamkan kesadaran ekologis reduce-reuse-recycle, membiasakan berpikir kreatif memecahkan masalah rekayasa bentuk, serta menyelenggarakan pameran mini apresiasi karya seni kelas.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Karya Tiga Dimensi (3D)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yang memiliki ukuran panjang, lebar, tinggi, serta volume dan dapat dilihat dari segala arah.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Daur Ulang (Recycle/Reuse)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Pemanfaatan kembali barang bekas tak terpakai menjadi benda baru yang memiliki fungsi dan nilai keindahan.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Konstruksi Seni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menyusun dan menyambungkan berbagai bahan menjadi satu kesatuan struktur bentuk yang utuh.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Pameran Kelas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memajang dan mempertunjukkan hasil karya siswa untuk diapresiasi bersama seluruh warga sekolah.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Apresiasi Seni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mengamati, menikmati, menilai, dan menghargai nilai keindahan suatu karya seni.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