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Menggambar Wajah dan Ekspresi Emosi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Menempatkan bagian-bagian wajah (mata, hidung, mulut, telinga) pada proporsi yang wajar.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Menggambar berbagai ekspresi emosi (senang, sedih, kaget, marah) menggunakan variasi garis.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Mengenali dan mengungkapkan perasaan emosi diri melalui karya gambar seni.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Menghargai karya gambar potret wajah teman tanpa mencemooh bentuknya.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Seni Rupa Kelas 1 SD Bab 6 mengenai pengenalan proporsi wajah manusia, letak mata, hidung, mulut, dan penggambaran aneka ekspresi emosi (senang, sedih, marah, terkejut).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Letak Bagian-Bagian Wajah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Mengamati bentuk oval wajah dan letak mata, hidung, telinga, serta mulut melalui cermin.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Menggambar Macam-Macam Ekspresi Emosi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Mengubah garis mulut dan alis untuk mewakili perasaan gembira, sedih, kaget, dan bangga.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Membuat Topeng Ekspresi dari Kertas Karton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Menggambar dan mewarnai topeng karakter wajah emosi siap pakai dengan karet pengait.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Ciri khas gambar wajah orang yang sedang tersenyum gembira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Garis mulut melengkung ke atas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Garis mulut melengkung ke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Ada air mata mengalir deras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Alis mata saling bertaut cemberut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Ekspresi senang atau gembira ditandai dengan garis bibir/mulut yang tersenyum melengkung ke atas.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Bagian wajah yang paling menentukan perubahan raut emosi saat menggambar ekspresi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Mata, alis, dan mulut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Rambut dan telinga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Leher dan dagu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Pipi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Bentuk tarikan garis pada mata, lengkungan alis, dan bentuk bibir menentukan apakah ekspresi terlihat senang, sedih, atau marah.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Ketika seseorang sedang sedih, garis bibir pada gambar biasanya digambarkan...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Melengkung ke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Melengkung ke atas lebar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Berbentuk lingkaran tersenyum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Garis zig-zag tertawa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Ekspresi murung atau sedih dicirikan dengan sudut bibir yang menurun ke arah bawah.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Gambar ekspresi wajah terkejut biasanya memiliki ciri...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Mata terbuka membulat lebar dan mulut terbuka membentuk huruf 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Mata terpejam rapat sambil tersenyum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Alis mengerut ke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Wajah menunduk tertutup tangan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Saat terkejut atau kaget, mata terbuka lebar dan mulut terbuka spontan membentuk huruf O.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Dalam seni menggambar wajah diri (self-portrait), kita belajar untuk...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Mengenal dan mensyukuri keunikan ciri fisik diri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Menjiplak foto orang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Merasa minder dengan wajah sendiri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Mengubah wajah teman menjadi monster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Menggambar potret diri melatih kepercayaan diri dan kesadaran akan ciri khas serta anugerah Tuhan pada diri kita.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6: Menggambar Wajah dan Ekspresi Emosi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Letak Bagian-Bagian Wajah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Mengamati bentuk oval wajah dan letak mata, hidung, telinga, serta mulut melalui cermin.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Menggambar Macam-Macam Ekspresi Emosi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Mengubah garis mulut dan alis untuk mewakili perasaan gembira, sedih, kaget, dan bangga.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Membuat Topeng Ekspresi dari Kertas Karton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Menggambar dan mewarnai topeng karakter wajah emosi siap pakai dengan karet pengait.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Menggambar figur wajah manusia membantu peserta didik mengenali diri sendiri dan mengekspresikan perasaan emosional mereka ke dalam bahasa rupa.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mempelajari letak panca indra pada wajah: bentuk oval kepala, dua mata di tengah, hidung di antara mata, mulut di bawah hidung, dan dua telinga di sisi samping.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mengeksplorasi perubahan garis mulut dan alis untuk menunjukkan ekspresi senang (garis senyum melengkung ke atas), sedih (garis melengkung ke bawah), marah (alis miring tajam), dan terkejut (mulut bulat terbuka).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Proporsi Wajah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ukuran dan tata letak bagian-bagian panca indra pada kepala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Ekspresi Emosi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Raut wajah yang mencerminkan suasana hati atau perasaan jiwa seseorang pada saat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Topeng Karakter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Benda penutup wajah tiruan yang menggambarkan tokoh atau ekspresi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Oval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bidang lonjong menyerupai bentuk telur yang menjadi dasar bentuk kepala.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Empati Visual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memahami perasaan orang lain melalui pengamatan raut wajah dan gambar.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