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Seni Melipat Kertas Origami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Mengikuti urutan instruksi visual langkah melipat kertas secara berurutan.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Menghasilkan karya lipatan kertas bentuk hewan dan benda dengan sudut lipatan yang rapi.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Menambahkan detail gambar wajah pada karya lipatan menggunakan alat warna.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Membangun rasa percaya diri melalui keberhasilan menyelesaikan bentuk lipatan mandiri.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5 untuk melatih kemampuan spasial 3D dasar melalui langkah melipat kertas origami menjadi bentuk kepala anjing, kucing, dan perahu.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Lipatan Dasar Kertas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lipat dua simetris (persegi panjang dan segitiga) dengan menyamakan sudut pojok.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Melipat Bentuk Hewan (Kepala Kucing dan Anjing)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Mengikuti instruksi langkah demi langkah membuat kepala hewan peliharaan dari kertas lipat.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Melipat Perahu dan Menghias Latar Cerita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perahu kertas dan menempelkannya di atas gambar lautan biru yang dihias spidol.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Seni tradisional melipat kertas yang berasal dari negara Jepang disebut seni...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Origami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Ikebana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Kaligrafi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Origami adalah seni melipat kertas menjadi aneka bentuk tiruan benda, bunga, atau binatang.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Kertas yang paling ideal digunakan untuk membuat karya origami memiliki bentuk dasar...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(bujur sangkar)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 sembarang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Lingkaran bergelombang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Oval lonjong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Kertas origami standar berbentuk bujur sangkar (persegi sama sisi) dengan aneka warna cerah.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melipat kertas origami, agar lipatan rapi dan presisi, kita harus...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Menyetrika garis lipatan dengan ujung kuku secara teliti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Menarik kertas hingga kusut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Meremas kertas menjadi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Membasahi kertas dengan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Menekan garis lipatan (creasing) membuat bentuk lipatan kokoh dan bentuk akhir menjadi rapi.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Bentuk hewan sederhana yang sangat populer dan mudah dibuat dari lipatan kertas origami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Bentuk kepala kucing atau anjing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Gajah berukuran asli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Kereta api nyata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Gedung bertingkat 20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kepala hewan (kucing, anjing, kodok) memiliki tahapan lipatan dasar yang mudah dipelajari anak Fase 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utama dari kegiatan melipat kertas origami bagi siswa kelas 1 SD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Melatih ketelitian, kesabaran, dan keterampilan jari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Membuat kertas menjadi sampah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Mempercepat tidur di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Mengotori meja belajar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Origami merangsang koordinasi mata-tangan, kesabaran, serta melatih kecerdasan spasial anak.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5: Seni Melipat Kertas Origami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Lipatan Dasar Kertas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lipat dua simetris (persegi panjang dan segitiga) dengan menyamakan sudut pojok.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Melipat Bentuk Hewan (Kepala Kucing dan Anjing)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Mengikuti instruksi langkah demi langkah membuat kepala hewan peliharaan dari kertas lipat.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Melipat Perahu dan Menghias Latar Cerita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perahu kertas dan menempelkannya di atas gambar lautan biru yang dihias spidol.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semester 2, eksplorasi visual beralih ke transformasi bentuk kertas lembaran (2D) menjadi objek semi-tiga dimensi melalui seni melipat kertas tradisional (origami dasar).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mengikuti tahapan lipatan bertahap: melipat segitiga, melipat buku, membuat telinga lipat ke bawah, dan meratakan sudut lipatan menggunakan jari tangan.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menambahkan gambar mata, hidung, dan kumis pada hasil lipatan kepala hewan, kemudian menempelkannya pada latar gambar lingkungan yang digambar sendiri.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Origami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tradisional melipat kertas asal Jepang untuk menciptakan aneka bentuk objek tanpa menggunakan gunting atau lem berlebih.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Lipatan Simetris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Lipatan yang membagi kertas menjadi dua bagian yang sama besar dan sebangun.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Pojok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pertemuan antara dua garis tepi kertas yang harus disatukan secara presisi saat melipat.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Transformasi Bentuk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wujud dari kertas lembaran datar menjadi bentuk objek tiga dimensi.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Detail Dekorasi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Goresan gambar tambahan (seperti mata dan mulut) untuk memperjelas karakter bentuk karya.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