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Seni Kolase Kertas Warna-Warni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pengertian seni kolase sebagai teknik menempel bahan pada bidang gambar.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Merobek dan menggunting kertas menjadi serpihan kepingan secara mandiri.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Menempelkan potongan bahan secara rapi hingga menutupi seluruh bidang pola.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Menjaga kebersihan tangan dan meja kerja dari sisa lem dan sampah kertas.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Seni Rupa Kelas 1 SD Bab 4 untuk melatih keterampilan motorik merobek, menggunting, dan menempel potongan kertas menjadi karya kolase indah.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Seni Kolase dan Bahannya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contoh karya kolase dari kertas warna, koran, dan bahan alam kering.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Teknik Merobek dan Menggunting Kertas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keterampilan merobek kertas kecil-kecil dan menggunting pola sederhana secara 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Menempel Potongan Kertas pada Pola Gambar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dan merekatkan kepingan kertas warna-warni pada pola buah apel atau kupu-kupu.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Karya seni rupa dua dimensi yang dibuat dengan cara menempelkan potongan-potongan kertas warna atau bahan lain pada bidang gambar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Kolase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Ukiran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Keramik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Kolase adalah karya seni tempel dari berbagai material (kertas, daun, kain perca) pada pola gambar.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Bahan perekat yang aman dan cocok digunakan untuk menempelkan kertas kolase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Lem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Minyak goreng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Air keran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Cat minyak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Lem kertas adalah perekat standar yang aman dan mudah digunakan anak untuk membuat kolase.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Cara membuat potongan kertas kecil untuk kolase dapat dilakukan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Merobek dengan jari atau menggunting rapi menggunakan gunting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Membakar kertas dengan api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Merendam kertas hingga larut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Menginjak-injak kertas di lantai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Merobek atau menggunting kertas menjadi serpihan kecil melatih motorik halus anak.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pertama sebelum menempelkan serpihan kertas pada karya kolase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Membuat sketsa gambar pola dasar (misalnya gambar buah atau hewan)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Menumpahkan seluruh botol lem ke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Mengeringkan karya di oven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Membingkai kertas kosong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Membuat pola atau sketsa gambar menjadi panduan batas penempelan serpihan kertas warna.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Bahan alam yang dapat dimanfaatkan untuk membuat kolase indah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Daun kering dan biji-bijian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Pecahan kaca tajam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Kawat besi berkarat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Baterai bekas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Daun kering, biji jagung, biji kacang hijau, dan ranting kecil adalah bahan alam yang aman dan ramah lingkungan untuk kolase.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4: Seni Kolase Kertas Warna-Warni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Seni Kolase dan Bahannya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contoh karya kolase dari kertas warna, koran, dan bahan alam kering.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Teknik Merobek dan Menggunting Kertas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keterampilan merobek kertas kecil-kecil dan menggunting pola sederhana secara 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Menempel Potongan Kertas pada Pola Gambar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dan merekatkan kepingan kertas warna-warni pada pola buah apel atau kupu-kupu.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4 menutup semester ganjil dengan karya kerajinan kolase. Peserta didik belajar menata kepingan bahan dua dimensi (kertas origami, potongan majalah bekas, daun kering) pada permukaan bidang pola gambar.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mengontrol kekuatan jari saat merobek kertas menjadi serpihan kecil (teknik sobek), mengoleskan lem secara merata dan secukupnya, serta menempelkan potongan warna sesuai bidang gambar.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melatih ketelatenan, kesabaran, koordinasi motorik halus bilateral, serta kebersihan meja kerja setelah selesai berkreasi seni.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Kolase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dua dimensi yang dibuat dengan cara menempelkan berbagai potongan bahan pada permukaan gambar.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Kertas Origami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Kertas lipat khusus berwarna-warni yang digunakan untuk seni melipat dan kerajinan tangan.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Perekat / Lem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cair atau pasta kental yang digunakan untuk menyatukan dua permukaan benda agar menempel kuat.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Kerapian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Keteraturan dan kebersihan dalam menyelesaikan karya tanpa ada bidang yang tercecer atau kotor.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Gambar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garis luar suatu objek yang menjadi panduan area penempelan kolase.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