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SENI RUPA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Seni Rupa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Aneka Bentuk dan Warna Dasar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Proyek (Project-Based Learning) &amp; Eksplorasi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Kertas gambar, pensil grafite, kuas, pewarna, contoh motif karya 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Membedakan bentuk geometris (lingkaran, persegi, segitiga) dari bentuk organis di alam.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Menyebutkan dan menunjukkan warna-warna primer (merah, kuning, biru) dengan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Mempraktikkan percampuran warna primer untuk menghasilkan warna sekunder secara mandiri.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Mewarnai bidang gambar secara merata tanpa keluar dari batas garis tepi.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Seni Rupa Kelas 1 SD Bab 2 mengenai pengenalan bentuk geometris dasar dan eksplorasi warna primer (merah, kuning, biru) serta percampuran warna sekunder.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Bentuk Geometris dan Organis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Menggambar bidang lingkaran, segitiga, segiempat, serta bentuk bebas di alam.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Tiga Warna Primer (Merah, Kuning, Biru)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warna pokok pada benda-benda sekitar dan mewarnai bidang dengan rapi.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Eksperimen Pencampuran Warna Sekunder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Mencampurkan cat warna primer untuk menemukan warna jingga, hijau, dan ungu secara praktis.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Tiga warna pokok (warna primer) yang tidak dapat dihasilkan dari campuran warna lain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Merah, Kuning, dan Biru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Hijau, Ungu, dan Oranye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Hitam, Putih, dan Abu-abu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Cokelat, Emas, dan Perak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Merah, kuning, dan biru adalah warna primer (warna dasar seni rupa).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Jika warna MERAH dicampur dengan warna KUNING, akan menghasilkan warna baru yaitu...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Oranye (Jingga)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Hijau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Ungu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Cokelat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Pencampuran warna primer merah dan kuning menghasilkan warna sekunder oranye (jingga).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Bentuk bangun datar yang keempat sisinya sama panjang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Persegi (bujur sangkar)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Persegi panjang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Lingkaran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Trapesium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Persegi memiliki 4 sisi lurus yang ukurannya sama panjang.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Pencampuran antara warna BIRU dan warna KUNING akan menghasilkan warna...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Hijau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Ungu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Hitam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Merah muda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Biru dicampur kuning menghasilkan warna sekunder hijau.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Bentuk dasar matahari saat digambar pada kertas gambar umumnya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Lingkaran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Segitiga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Bintang bergaris lurus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Persegi panjang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Bentuk bulat matahari digambarkan dengan bentuk dasar lingkaran geometris.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Seni Rupa • Bab 2: Aneka Bentuk dan Warna Dasar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Bentuk Geometris dan Organis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Menggambar bidang lingkaran, segitiga, segiempat, serta bentuk bebas di alam.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Tiga Warna Primer (Merah, Kuning, Biru)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warna pokok pada benda-benda sekitar dan mewarnai bidang dengan rapi.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Eksperimen Pencampuran Warna Sekunder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Mencampurkan cat warna primer untuk menemukan warna jingga, hijau, dan ungu secara praktis.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Pada bab ini, garis-garis yang tertutup membentuk bidang bentuk dasar (lingkaran, segitiga, persegi). Siswa belajar mengenali bentuk beraturan maupun bentuk organis bebas seperti bentuk awan dan batu.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dikenalkan pada tiga warna primer (pokok): merah, kuning, dan biru. Melalui eksperimen cat air atau krayon, siswa mengamati keajaiban percampuran dua warna primer yang menghasilkan warna sekunder (merah + kuning = jingga, kuning + biru = hijau, biru + merah = ungu).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merangsang imajinasi visual anak dalam memberi warna pada bentuk-bentuk geometris sehingga tercipta gambar rumah, mobil, dan bunga yang cerah dan harmonis.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Bentuk Geometris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bidang yang teratur dan dapat diukur secara pasti (lingkaran, persegi, segitiga).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Bentuk Organis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bebas tak beraturan yang meniru lekukan alami di alam (daun, awan, batu).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Warna Primer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Warna pokok dasar yang tidak dapat dihasilkan dari campuran warna lain (merah, kuning, biru).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Warna Sekunder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Warna turunan yang dihasilkan dari percampuran dua warna primer dalam takaran seimbang.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Harmoni Warna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Kombinasi susunan warna yang enak dilihat dan selaras saat dipadukan dalam gambar.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Seni Rupa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