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SEJARAH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Sejarah</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Proklamasi dan Perjuangan Mempertahankan Kemerdekaan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Proklamasi dan Perjuangan Mempertahankan Kemerdekaan dalam konteks operasional kejuruan secara komprehensif.</w:t>
      </w:r>
    </w:p>
    <w:p>
      <w:pPr>
        <w:pStyle w:val="ListNumber"/>
      </w:pPr>
      <w:r>
        <w:rPr>
          <w:rFonts w:ascii="Calibri" w:hAnsi="Calibri"/>
          <w:b w:val="0"/>
          <w:i w:val="0"/>
          <w:color w:val="000000"/>
          <w:sz w:val="19"/>
        </w:rPr>
        <w:t>Menerapkan prosedur kerja dan teknik pemecahan masalah terkait Proklamasi dan Perjuangan Mempertahankan Kemerdekaan secara mandiri dan presisi.</w:t>
      </w:r>
    </w:p>
    <w:p>
      <w:pPr>
        <w:pStyle w:val="ListNumber"/>
      </w:pPr>
      <w:r>
        <w:rPr>
          <w:rFonts w:ascii="Calibri" w:hAnsi="Calibri"/>
          <w:b w:val="0"/>
          <w:i w:val="0"/>
          <w:color w:val="000000"/>
          <w:sz w:val="19"/>
        </w:rPr>
        <w:t>Mengevaluasi hasil kerja, kepatuhan SOP, dan keselamatan kerja (K3) pada aktivitas pembelajaran Proklamasi dan Perjuangan Mempertahankan Kemerdekaan.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Peristiwa sekitar proklamasi kemerdekaan, diplomasi kedaulatan, serta peran pemuda dan laskar buruh dalam revolusi kemerdekaan.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Proklamasi dan Perjuangan Mempertahankan Kemerdekaan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Proklamasi dan Perjuangan Mempertahankan Kemerdekaan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Proklamasi dan Perjuangan Mempertahankan Kemerdekaan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Proklamasi dan Perjuangan Mempertahankan Kemerdekaan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Proklamasi dan Perjuangan Mempertahankan Kemerdekaan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Proklamasi dan Perjuangan Mempertahankan Kemerdekaan?</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Proklamasi dan Perjuangan Mempertahankan Kemerdekaan.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Proklamasi dan Perjuangan Mempertahankan Kemerdekaan?</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Proklamasi dan Perjuangan Mempertahankan Kemerdekaan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Sejarah • Bab 4: Proklamasi dan Perjuangan Mempertahankan Kemerdekaan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Proklamasi dan Perjuangan Mempertahankan Kemerdekaan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Proklamasi dan Perjuangan Mempertahankan Kemerdekaan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Proklamasi dan Perjuangan Mempertahankan Kemerdekaan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Proklamasi dan Perjuangan Mempertahankan Kemerdekaan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Proklamasi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Proklamasi dan Perjuangan Mempertahankan Kemerdekaan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Perjuangan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Mempertahankan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Sejarah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