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Kolonialisme dan Awal Industrialisasi di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Kolonialisme dan Awal Industrialisasi di Indonesia dalam konteks operasional kejuruan secara komprehensif.</w:t>
      </w:r>
    </w:p>
    <w:p>
      <w:pPr>
        <w:pStyle w:val="ListNumber"/>
      </w:pPr>
      <w:r>
        <w:rPr>
          <w:rFonts w:ascii="Calibri" w:hAnsi="Calibri"/>
          <w:b w:val="0"/>
          <w:i w:val="0"/>
          <w:color w:val="000000"/>
          <w:sz w:val="19"/>
        </w:rPr>
        <w:t>Menerapkan prosedur kerja dan teknik pemecahan masalah terkait Kolonialisme dan Awal Industrialisasi di Indonesia secara mandiri dan presisi.</w:t>
      </w:r>
    </w:p>
    <w:p>
      <w:pPr>
        <w:pStyle w:val="ListNumber"/>
      </w:pPr>
      <w:r>
        <w:rPr>
          <w:rFonts w:ascii="Calibri" w:hAnsi="Calibri"/>
          <w:b w:val="0"/>
          <w:i w:val="0"/>
          <w:color w:val="000000"/>
          <w:sz w:val="19"/>
        </w:rPr>
        <w:t>Mengevaluasi hasil kerja, kepatuhan SOP, dan keselamatan kerja (K3) pada aktivitas pembelajaran Kolonialisme dan Awal Industrialisasi di Indonesia.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Masuknya kongsi dagang barat, eksploitasi tanam paksa, pembangunan jalur rel kereta api, dan lahirnya kelas pekerja modern.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Kolonialisme dan Awal Industrialisasi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Kolonialisme dan Awal Industrialisasi di Indonesia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Kolonialisme dan Awal Industrialisasi di Indonesia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Kolonialisme dan Awal Industrialisasi di Indonesia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Kolonialisme dan Awal Industrialisasi di Indonesia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Kolonialisme dan Awal Industrialisasi di Indonesia?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Kolonialisme dan Awal Industrialisasi di Indonesia.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Kolonialisme dan Awal Industrialisasi di Indonesia?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Kolonialisme dan Awal Industrialisasi di Indonesia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Sejarah • Bab 3: Kolonialisme dan Awal Industrialisasi di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Kolonialisme dan Awal Industrialisasi di Indonesia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Kolonialisme dan Awal Industrialisasi di Indonesia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Kolonialisme dan Awal Industrialisasi di Indonesia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Kolonialisme dan Awal Industrialisasi di Indonesia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Kolonialisme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Kolonialisme dan Awal Industrialisasi di Indonesia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Awal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Industrialisasi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