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Jalur Rempah dan Kerajaan Maritim di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Jalur Rempah dan Kerajaan Maritim di Nusantara dalam konteks operasional kejuruan secara komprehensif.</w:t>
      </w:r>
    </w:p>
    <w:p>
      <w:pPr>
        <w:pStyle w:val="ListNumber"/>
      </w:pPr>
      <w:r>
        <w:rPr>
          <w:rFonts w:ascii="Calibri" w:hAnsi="Calibri"/>
          <w:b w:val="0"/>
          <w:i w:val="0"/>
          <w:color w:val="000000"/>
          <w:sz w:val="19"/>
        </w:rPr>
        <w:t>Menerapkan prosedur kerja dan teknik pemecahan masalah terkait Jalur Rempah dan Kerajaan Maritim di Nusantara secara mandiri dan presisi.</w:t>
      </w:r>
    </w:p>
    <w:p>
      <w:pPr>
        <w:pStyle w:val="ListNumber"/>
      </w:pPr>
      <w:r>
        <w:rPr>
          <w:rFonts w:ascii="Calibri" w:hAnsi="Calibri"/>
          <w:b w:val="0"/>
          <w:i w:val="0"/>
          <w:color w:val="000000"/>
          <w:sz w:val="19"/>
        </w:rPr>
        <w:t>Mengevaluasi hasil kerja, kepatuhan SOP, dan keselamatan kerja (K3) pada aktivitas pembelajaran Jalur Rempah dan Kerajaan Maritim di Nusantara.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Perkembangan pusat perniagaan maritim kuno, dinamika pelabuhan internasional Nusantara, dan transfer teknologi perkapalan tradisional.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Jalur Rempah dan Kerajaan Maritim di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Jalur Rempah dan Kerajaan Maritim di Nusantara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Jalur Rempah dan Kerajaan Maritim di Nusantara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Jalur Rempah dan Kerajaan Maritim di Nusantara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Jalur Rempah dan Kerajaan Maritim di Nusantara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Jalur Rempah dan Kerajaan Maritim di Nusantara?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Jalur Rempah dan Kerajaan Maritim di Nusantara.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Jalur Rempah dan Kerajaan Maritim di Nusantara?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Jalur Rempah dan Kerajaan Maritim di Nusantara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Sejarah • Bab 2: Jalur Rempah dan Kerajaan Maritim di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Jalur Rempah dan Kerajaan Maritim di Nusantara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Jalur Rempah dan Kerajaan Maritim di Nusantara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Jalur Rempah dan Kerajaan Maritim di Nusantara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Jalur Rempah dan Kerajaan Maritim di Nusantara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Jalur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Jalur Rempah dan Kerajaan Maritim di Nusantara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Rempah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Kerajaan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