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Legalitas Usaha, Standarisasi, dan Perlindungan HAKI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Legalitas Usaha, Standarisasi, dan Perlindungan HAKI dalam konteks operasional kejuruan secara komprehensif.</w:t>
      </w:r>
    </w:p>
    <w:p>
      <w:pPr>
        <w:pStyle w:val="ListNumber"/>
      </w:pPr>
      <w:r>
        <w:rPr>
          <w:rFonts w:ascii="Calibri" w:hAnsi="Calibri"/>
          <w:b w:val="0"/>
          <w:i w:val="0"/>
          <w:color w:val="000000"/>
          <w:sz w:val="19"/>
        </w:rPr>
        <w:t>Menerapkan prosedur kerja dan teknik pemecahan masalah terkait Legalitas Usaha, Standarisasi, dan Perlindungan HAKI secara mandiri dan presisi.</w:t>
      </w:r>
    </w:p>
    <w:p>
      <w:pPr>
        <w:pStyle w:val="ListNumber"/>
      </w:pPr>
      <w:r>
        <w:rPr>
          <w:rFonts w:ascii="Calibri" w:hAnsi="Calibri"/>
          <w:b w:val="0"/>
          <w:i w:val="0"/>
          <w:color w:val="000000"/>
          <w:sz w:val="19"/>
        </w:rPr>
        <w:t>Mengevaluasi hasil kerja, kepatuhan SOP, dan keselamatan kerja (K3) pada aktivitas pembelajaran Legalitas Usaha, Standarisasi, dan Perlindungan HAKI.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Tata cara pengurusan Nomor Induk Berusaha (NIB), sertifikasi halal dan izin edar, serta pendaftaran hak cipta dan merek dagang.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Legalitas Usaha, Standarisasi, dan Perlindungan HAKI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Legalitas Usaha, Standarisasi, dan Perlindungan HAKI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Legalitas Usaha, Standarisasi, dan Perlindungan HAKI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Legalitas Usaha, Standarisasi, dan Perlindungan HAKI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Legalitas Usaha, Standarisasi, dan Perlindungan HAKI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Legalitas Usaha, Standarisasi, dan Perlindungan HAKI?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Legalitas Usaha, Standarisasi, dan Perlindungan HAKI.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Legalitas Usaha, Standarisasi, dan Perlindungan HAKI?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Legalitas Usaha, Standarisasi, dan Perlindungan HAKI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7: Legalitas Usaha, Standarisasi, dan Perlindungan HAKI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Legalitas Usaha, Standarisasi, dan Perlindungan HAKI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Legalitas Usaha, Standarisasi, dan Perlindungan HAKI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Legalitas Usaha, Standarisasi, dan Perlindungan HAKI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Legalitas Usaha, Standarisasi, dan Perlindungan HAKI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Legalitas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Legalitas Usaha, Standarisasi, dan Perlindungan HAKI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Usaha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Standarisasi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