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PROJEK KREATIF DAN KEWIRAUSAHAAN (PKK)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Projek Kreatif dan Kewirausahaan (PKK)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Pencatatan Keuangan dan Laporan Laba Rugi Sederhana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Standar Industri &amp; Pendekatan Teaching Factory (TeFa)</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praktik/studio perancangan produk, perangkat komputasi, lembar analisis kelayakan pasar, proposal usaha,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Pencatatan Keuangan dan Laporan Laba Rugi Sederhana dalam konteks operasional kejuruan secara komprehensif.</w:t>
      </w:r>
    </w:p>
    <w:p>
      <w:pPr>
        <w:pStyle w:val="ListNumber"/>
      </w:pPr>
      <w:r>
        <w:rPr>
          <w:rFonts w:ascii="Calibri" w:hAnsi="Calibri"/>
          <w:b w:val="0"/>
          <w:i w:val="0"/>
          <w:color w:val="000000"/>
          <w:sz w:val="19"/>
        </w:rPr>
        <w:t>Menerapkan prosedur kerja dan teknik pemecahan masalah terkait Pencatatan Keuangan dan Laporan Laba Rugi Sederhana secara mandiri dan presisi.</w:t>
      </w:r>
    </w:p>
    <w:p>
      <w:pPr>
        <w:pStyle w:val="ListNumber"/>
      </w:pPr>
      <w:r>
        <w:rPr>
          <w:rFonts w:ascii="Calibri" w:hAnsi="Calibri"/>
          <w:b w:val="0"/>
          <w:i w:val="0"/>
          <w:color w:val="000000"/>
          <w:sz w:val="19"/>
        </w:rPr>
        <w:t>Mengevaluasi hasil kerja, kepatuhan SOP, dan keselamatan kerja (K3) pada aktivitas pembelajaran Pencatatan Keuangan dan Laporan Laba Rugi Sederhana.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Pencatatan transaksi kas masuk dan keluar, pembuatan jurnal penerimaan kas, buku besar sederhana, dan penyusunan neraca laba rugi.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Pencatatan Keuangan dan Laporan Laba Rugi Sederhana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Pencatatan Keuangan dan Laporan Laba Rugi Sederhana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Pencatatan Keuangan dan Laporan Laba Rugi Sederhana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Pencatatan Keuangan dan Laporan Laba Rugi Sederhana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Pencatatan Keuangan dan Laporan Laba Rugi Sederhana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Pencatatan Keuangan dan Laporan Laba Rugi Sederhana?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Pencatatan Keuangan dan Laporan Laba Rugi Sederhana.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Pencatatan Keuangan dan Laporan Laba Rugi Sederhana?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Pencatatan Keuangan dan Laporan Laba Rugi Sederhana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Projek Kreatif dan Kewirausahaan (PKK) • Bab 6: Pencatatan Keuangan dan Laporan Laba Rugi Sederhana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Pencatatan Keuangan dan Laporan Laba Rugi Sederhana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Pencatatan Keuangan dan Laporan Laba Rugi Sederhana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Pencatatan Keuangan dan Laporan Laba Rugi Sederhana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Pencatatan Keuangan dan Laporan Laba Rugi Sederhana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Pencatatan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Pencatatan Keuangan dan Laporan Laba Rugi Sederhana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Keuangan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Laporan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Projek Kreatif dan Kewirausahaan (PKK)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