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PROJEK KREATIF DAN KEWIRAUSAHAAN (PKK) — FASE F (KELAS 12)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F (Kelas 12)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Projek Kreatif dan Kewirausahaan (PKK)</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5: Pemasaran Produk dan Strategi Pemasaran Digital</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(PjBL) Standar Industri &amp; Pendekatan Teaching Factory (TeFa)</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Ruang praktik/studio perancangan produk, perangkat komputasi, lembar analisis kelayakan pasar, proposal usaha,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Pemasaran Produk dan Strategi Pemasaran Digital dalam konteks operasional kejuruan secara komprehensif.</w:t>
      </w:r>
    </w:p>
    <w:p>
      <w:pPr>
        <w:pStyle w:val="ListNumber"/>
      </w:pPr>
      <w:r>
        <w:rPr>
          <w:rFonts w:ascii="Calibri" w:hAnsi="Calibri"/>
          <w:b w:val="0"/>
          <w:i w:val="0"/>
          <w:color w:val="000000"/>
          <w:sz w:val="19"/>
        </w:rPr>
        <w:t>Menerapkan prosedur kerja dan teknik pemecahan masalah terkait Pemasaran Produk dan Strategi Pemasaran Digital secara mandiri dan presisi.</w:t>
      </w:r>
    </w:p>
    <w:p>
      <w:pPr>
        <w:pStyle w:val="ListNumber"/>
      </w:pPr>
      <w:r>
        <w:rPr>
          <w:rFonts w:ascii="Calibri" w:hAnsi="Calibri"/>
          <w:b w:val="0"/>
          <w:i w:val="0"/>
          <w:color w:val="000000"/>
          <w:sz w:val="19"/>
        </w:rPr>
        <w:t>Mengevaluasi hasil kerja, kepatuhan SOP, dan keselamatan kerja (K3) pada aktivitas pembelajaran Pemasaran Produk dan Strategi Pemasaran Digital.</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Segmentasi pasar, strategi bauran pemasaran 4P/7P, pembuatan konten promosi media sosial, dan optimalisasi marketplace online.</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Pemasaran Produk dan Strategi Pemasaran Digital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Pemasaran Produk dan Strategi Pemasaran Digital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Pemasaran Produk dan Strategi Pemasaran Digital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Pemasaran Produk dan Strategi Pemasaran Digital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Pemasaran Produk dan Strategi Pemasaran Digital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Pemasaran Produk dan Strategi Pemasaran Digital?</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Pemasaran Produk dan Strategi Pemasaran Digital.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Pemasaran Produk dan Strategi Pemasaran Digital?</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Pemasaran Produk dan Strategi Pemasaran Digital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Projek Kreatif dan Kewirausahaan (PKK) • Bab 5: Pemasaran Produk dan Strategi Pemasaran Digital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Pemasaran Produk dan Strategi Pemasaran Digital</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Pemasaran Produk dan Strategi Pemasaran Digital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Pemasaran Produk dan Strategi Pemasaran Digital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Pemasaran Produk dan Strategi Pemasaran Digital pada jenjang SMK Kelas 12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Pemasaran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Pemasaran Produk dan Strategi Pemasaran Digital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Produk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Strategi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Projek Kreatif dan Kewirausahaan (PKK) Kelas 12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