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KREATIF DAN KEWIRAUSAHAAN (PKK)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Kreatif dan Kewirausahaan (PKK)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Proses Produksi Massal dan Pengendalian Mutu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Standar Industri &amp; Pendekatan Teaching Factory (TeFa)</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praktik/studio perancangan produk, perangkat komputasi, lembar analisis kelayakan pasar, proposal usaha,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Proses Produksi Massal dan Pengendalian Mutu dalam konteks operasional kejuruan secara komprehensif.</w:t>
      </w:r>
    </w:p>
    <w:p>
      <w:pPr>
        <w:pStyle w:val="ListNumber"/>
      </w:pPr>
      <w:r>
        <w:rPr>
          <w:rFonts w:ascii="Calibri" w:hAnsi="Calibri"/>
          <w:b w:val="0"/>
          <w:i w:val="0"/>
          <w:color w:val="000000"/>
          <w:sz w:val="19"/>
        </w:rPr>
        <w:t>Menerapkan prosedur kerja dan teknik pemecahan masalah terkait Proses Produksi Massal dan Pengendalian Mutu secara mandiri dan presisi.</w:t>
      </w:r>
    </w:p>
    <w:p>
      <w:pPr>
        <w:pStyle w:val="ListNumber"/>
      </w:pPr>
      <w:r>
        <w:rPr>
          <w:rFonts w:ascii="Calibri" w:hAnsi="Calibri"/>
          <w:b w:val="0"/>
          <w:i w:val="0"/>
          <w:color w:val="000000"/>
          <w:sz w:val="19"/>
        </w:rPr>
        <w:t>Mengevaluasi hasil kerja, kepatuhan SOP, dan keselamatan kerja (K3) pada aktivitas pembelajaran Proses Produksi Massal dan Pengendalian Mutu.</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Alur perakitan berkesinambungan, penjadwalan produksi massal, dan inspeksi pengendalian mutu (Quality Control) produk akhir.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Proses Produksi Massal dan Pengendalian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Proses Produksi Massal dan Pengendalian Mutu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Proses Produksi Massal dan Pengendalian Mutu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Proses Produksi Massal dan Pengendalian Mutu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Proses Produksi Massal dan Pengendalian Mutu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Proses Produksi Massal dan Pengendalian Mutu?</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Proses Produksi Massal dan Pengendalian Mutu.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Proses Produksi Massal dan Pengendalian Mutu?</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Proses Produksi Massal dan Pengendalian Mutu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Kreatif dan Kewirausahaan (PKK) • Bab 4: Proses Produksi Massal dan Pengendalian Mutu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Proses Produksi Massal dan Pengendalian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Proses Produksi Massal dan Pengendalian Mutu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Proses Produksi Massal dan Pengendalian Mutu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Proses Produksi Massal dan Pengendalian Mutu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Proses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Proses Produksi Massal dan Pengendalian Mutu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Produksi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Massal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Kreatif dan Kewirausahaan (PKK)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