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Perhitungan Biaya Produksi dan Titik Impas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Perhitungan Biaya Produksi dan Titik Impas dalam konteks operasional kejuruan secara komprehensif.</w:t>
      </w:r>
    </w:p>
    <w:p>
      <w:pPr>
        <w:pStyle w:val="ListNumber"/>
      </w:pPr>
      <w:r>
        <w:rPr>
          <w:rFonts w:ascii="Calibri" w:hAnsi="Calibri"/>
          <w:b w:val="0"/>
          <w:i w:val="0"/>
          <w:color w:val="000000"/>
          <w:sz w:val="19"/>
        </w:rPr>
        <w:t>Menerapkan prosedur kerja dan teknik pemecahan masalah terkait Perhitungan Biaya Produksi dan Titik Impas secara mandiri dan presisi.</w:t>
      </w:r>
    </w:p>
    <w:p>
      <w:pPr>
        <w:pStyle w:val="ListNumber"/>
      </w:pPr>
      <w:r>
        <w:rPr>
          <w:rFonts w:ascii="Calibri" w:hAnsi="Calibri"/>
          <w:b w:val="0"/>
          <w:i w:val="0"/>
          <w:color w:val="000000"/>
          <w:sz w:val="19"/>
        </w:rPr>
        <w:t>Mengevaluasi hasil kerja, kepatuhan SOP, dan keselamatan kerja (K3) pada aktivitas pembelajaran Perhitungan Biaya Produksi dan Titik Impas.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Penghitungan biaya bahan baku, upah tenaga kerja langsung, biaya overhead pabrik, penentuan HPP, margin laba, dan Break Even Point.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Perhitungan Biaya Produksi dan Titik Impas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Perhitungan Biaya Produksi dan Titik Impas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Perhitungan Biaya Produksi dan Titik Impas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Perhitungan Biaya Produksi dan Titik Impas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Perhitungan Biaya Produksi dan Titik Impas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Perhitungan Biaya Produksi dan Titik Impas?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Perhitungan Biaya Produksi dan Titik Impas.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Perhitungan Biaya Produksi dan Titik Impas?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Perhitungan Biaya Produksi dan Titik Impas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3: Perhitungan Biaya Produksi dan Titik Impas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Perhitungan Biaya Produksi dan Titik Impas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Perhitungan Biaya Produksi dan Titik Impas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Perhitungan Biaya Produksi dan Titik Impas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Perhitungan Biaya Produksi dan Titik Impas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Perhitungan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Perhitungan Biaya Produksi dan Titik Impas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Produksi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