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PROJEK KREATIF DAN KEWIRAUSAHAAN (PKK)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Projek Kreatif dan Kewirausahaan (PKK)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Desain, Pembuatan Prototype, dan Pengujian Produk</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Standar Industri &amp; Pendekatan Teaching Factory (TeFa)</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praktik/studio perancangan produk, perangkat komputasi, lembar analisis kelayakan pasar, proposal usaha,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Desain, Pembuatan Prototype, dan Pengujian Produk dalam konteks operasional kejuruan secara komprehensif.</w:t>
      </w:r>
    </w:p>
    <w:p>
      <w:pPr>
        <w:pStyle w:val="ListNumber"/>
      </w:pPr>
      <w:r>
        <w:rPr>
          <w:rFonts w:ascii="Calibri" w:hAnsi="Calibri"/>
          <w:b w:val="0"/>
          <w:i w:val="0"/>
          <w:color w:val="000000"/>
          <w:sz w:val="19"/>
        </w:rPr>
        <w:t>Menerapkan prosedur kerja dan teknik pemecahan masalah terkait Desain, Pembuatan Prototype, dan Pengujian Produk secara mandiri dan presisi.</w:t>
      </w:r>
    </w:p>
    <w:p>
      <w:pPr>
        <w:pStyle w:val="ListNumber"/>
      </w:pPr>
      <w:r>
        <w:rPr>
          <w:rFonts w:ascii="Calibri" w:hAnsi="Calibri"/>
          <w:b w:val="0"/>
          <w:i w:val="0"/>
          <w:color w:val="000000"/>
          <w:sz w:val="19"/>
        </w:rPr>
        <w:t>Mengevaluasi hasil kerja, kepatuhan SOP, dan keselamatan kerja (K3) pada aktivitas pembelajaran Desain, Pembuatan Prototype, dan Pengujian Produk.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Penyusunan gambar kerja desain 3D/skematik, perakitan purwarupa awal produk kreatif, dan uji fungsi di laboratorium kejuruan.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Desain, Pembuatan Prototype, dan Pengujian Produk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Desain, Pembuatan Prototype, dan Pengujian Produk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Desain, Pembuatan Prototype, dan Pengujian Produk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Desain, Pembuatan Prototype, dan Pengujian Produk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Desain, Pembuatan Prototype, dan Pengujian Produk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Desain, Pembuatan Prototype, dan Pengujian Produk?</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Desain, Pembuatan Prototype, dan Pengujian Produk.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Desain, Pembuatan Prototype, dan Pengujian Produk?</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Desain, Pembuatan Prototype, dan Pengujian Produk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Projek Kreatif dan Kewirausahaan (PKK) • Bab 2: Desain, Pembuatan Prototype, dan Pengujian Produk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Desain, Pembuatan Prototype, dan Pengujian Produk</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Desain, Pembuatan Prototype, dan Pengujian Produk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Desain, Pembuatan Prototype, dan Pengujian Produk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Desain, Pembuatan Prototype, dan Pengujian Produk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Desain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Desain, Pembuatan Prototype, dan Pengujian Produk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Pembuatan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Prototype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Projek Kreatif dan Kewirausahaan (PKK)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