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PROJEK ILMU PENGETAHUAN ALAM DAN SOSIAL (IPAS)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Projek Ilmu Pengetahuan Alam dan Sosial (IPAS)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Pengaruh Interaksi Sosial dalam Dinamika Kejuruan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Penyelidikan Ilmiah Terapan</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Laboratorium sains/bengkel kerja, alat pelindung diri (APD), lembar observasi lingkungan, modul ajar,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Pengaruh Interaksi Sosial dalam Dinamika Kejuruan dalam konteks operasional kejuruan secara komprehensif.</w:t>
      </w:r>
    </w:p>
    <w:p>
      <w:pPr>
        <w:pStyle w:val="ListNumber"/>
      </w:pPr>
      <w:r>
        <w:rPr>
          <w:rFonts w:ascii="Calibri" w:hAnsi="Calibri"/>
          <w:b w:val="0"/>
          <w:i w:val="0"/>
          <w:color w:val="000000"/>
          <w:sz w:val="19"/>
        </w:rPr>
        <w:t>Menerapkan prosedur kerja dan teknik pemecahan masalah terkait Pengaruh Interaksi Sosial dalam Dinamika Kejuruan secara mandiri dan presisi.</w:t>
      </w:r>
    </w:p>
    <w:p>
      <w:pPr>
        <w:pStyle w:val="ListNumber"/>
      </w:pPr>
      <w:r>
        <w:rPr>
          <w:rFonts w:ascii="Calibri" w:hAnsi="Calibri"/>
          <w:b w:val="0"/>
          <w:i w:val="0"/>
          <w:color w:val="000000"/>
          <w:sz w:val="19"/>
        </w:rPr>
        <w:t>Mengevaluasi hasil kerja, kepatuhan SOP, dan keselamatan kerja (K3) pada aktivitas pembelajaran Pengaruh Interaksi Sosial dalam Dinamika Kejuruan.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Komunikasi efektif tempat kerja, dinamika kelompok kerja industri, keragaman budaya kerja, dan resolusi konflik operasional.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Pengaruh Interaksi Sosial dalam Dinamika Kejuruan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Pengaruh Interaksi Sosial dalam Dinamika Kejuruan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Pengaruh Interaksi Sosial dalam Dinamika Kejuruan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Pengaruh Interaksi Sosial dalam Dinamika Kejuruan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Pengaruh Interaksi Sosial dalam Dinamika Kejuruan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Pengaruh Interaksi Sosial dalam Dinamika Kejuruan?</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Pengaruh Interaksi Sosial dalam Dinamika Kejuruan.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Pengaruh Interaksi Sosial dalam Dinamika Kejuruan?</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Pengaruh Interaksi Sosial dalam Dinamika Kejuruan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Projek Ilmu Pengetahuan Alam dan Sosial (IPAS) • Bab 6: Pengaruh Interaksi Sosial dalam Dinamika Kejuruan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Pengaruh Interaksi Sosial dalam Dinamika Kejuruan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Pengaruh Interaksi Sosial dalam Dinamika Kejuruan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Pengaruh Interaksi Sosial dalam Dinamika Kejuruan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Pengaruh Interaksi Sosial dalam Dinamika Kejuruan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Pengaruh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Pengaruh Interaksi Sosial dalam Dinamika Kejuruan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Interaksi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Sosial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Projek Ilmu Pengetahuan Alam dan Sosial (IPAS)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