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Keruangan dan Konektivitas Antarruang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Keruangan dan Konektivitas Antarruang dalam konteks operasional kejuruan secara komprehensif.</w:t>
      </w:r>
    </w:p>
    <w:p>
      <w:pPr>
        <w:pStyle w:val="ListNumber"/>
      </w:pPr>
      <w:r>
        <w:rPr>
          <w:rFonts w:ascii="Calibri" w:hAnsi="Calibri"/>
          <w:b w:val="0"/>
          <w:i w:val="0"/>
          <w:color w:val="000000"/>
          <w:sz w:val="19"/>
        </w:rPr>
        <w:t>Menerapkan prosedur kerja dan teknik pemecahan masalah terkait Keruangan dan Konektivitas Antarruang secara mandiri dan presisi.</w:t>
      </w:r>
    </w:p>
    <w:p>
      <w:pPr>
        <w:pStyle w:val="ListNumber"/>
      </w:pPr>
      <w:r>
        <w:rPr>
          <w:rFonts w:ascii="Calibri" w:hAnsi="Calibri"/>
          <w:b w:val="0"/>
          <w:i w:val="0"/>
          <w:color w:val="000000"/>
          <w:sz w:val="19"/>
        </w:rPr>
        <w:t>Mengevaluasi hasil kerja, kepatuhan SOP, dan keselamatan kerja (K3) pada aktivitas pembelajaran Keruangan dan Konektivitas Antarruang.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Tata ruang kawasan industri dan pergudangan, jalur rantai pasok logistik, serta dampak mobilitas spasial tenaga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Keruangan dan Konektivitas Antarruang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Keruangan dan Konektivitas Antarruang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Keruangan dan Konektivitas Antarruang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Keruangan dan Konektivitas Antarruang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Keruangan dan Konektivitas Antarruang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Keruangan dan Konektivitas Antarruang?</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Keruangan dan Konektivitas Antarruang.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Keruangan dan Konektivitas Antarruang?</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Keruangan dan Konektivitas Antarruang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Ilmu Pengetahuan Alam dan Sosial (IPAS) • Bab 5: Keruangan dan Konektivitas Antarruang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Keruangan dan Konektivitas Antarruang</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Keruangan dan Konektivitas Antarruang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Keruangan dan Konektivitas Antarruang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Keruangan dan Konektivitas Antarruang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Keruangan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Keruangan dan Konektivitas Antarruang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Konektivitas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Antarruang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