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ILMU PENGETAHUAN ALAM DAN SOSIAL (IPAS)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Bumi dan Antariksa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Penyelidikan Ilmiah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sains/bengkel kerja, alat pelindung diri (APD), lembar observasi lingkungan, modul ajar,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Bumi dan Antariksa dalam konteks operasional kejuruan secara komprehensif.</w:t>
      </w:r>
    </w:p>
    <w:p>
      <w:pPr>
        <w:pStyle w:val="ListNumber"/>
      </w:pPr>
      <w:r>
        <w:rPr>
          <w:rFonts w:ascii="Calibri" w:hAnsi="Calibri"/>
          <w:b w:val="0"/>
          <w:i w:val="0"/>
          <w:color w:val="000000"/>
          <w:sz w:val="19"/>
        </w:rPr>
        <w:t>Menerapkan prosedur kerja dan teknik pemecahan masalah terkait Bumi dan Antariksa secara mandiri dan presisi.</w:t>
      </w:r>
    </w:p>
    <w:p>
      <w:pPr>
        <w:pStyle w:val="ListNumber"/>
      </w:pPr>
      <w:r>
        <w:rPr>
          <w:rFonts w:ascii="Calibri" w:hAnsi="Calibri"/>
          <w:b w:val="0"/>
          <w:i w:val="0"/>
          <w:color w:val="000000"/>
          <w:sz w:val="19"/>
        </w:rPr>
        <w:t>Mengevaluasi hasil kerja, kepatuhan SOP, dan keselamatan kerja (K3) pada aktivitas pembelajaran Bumi dan Antariksa.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lapisan bumi, dinamika atmosfer cuaca, fenomena gravitasi, dan mitigasi bencana alam di kawasan industri.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Bumi dan Antariksa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Bumi dan Antariksa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Bumi dan Antariksa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Bumi dan Antariksa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Bumi dan Antariksa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Bumi dan Antariksa?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Bumi dan Antariksa.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Bumi dan Antariksa?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Bumi dan Antariksa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Ilmu Pengetahuan Alam dan Sosial (IPAS) • Bab 4: Bumi dan Antariksa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Bumi dan Antariksa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Bumi dan Antariksa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Bumi dan Antariksa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Bumi dan Antariksa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Bumi dan Antariksa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Antariksa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Parameter Teknis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Ilmu Pengetahuan Alam dan Sosial (IPAS)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