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PROJEK ILMU PENGETAHUAN ALAM DAN SOSIAL (IPAS)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Projek Ilmu Pengetahuan Alam dan Sosial (IPAS)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Energi dan Perubahannya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Penyelidikan Ilmiah Terapan</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sains/bengkel kerja, alat pelindung diri (APD), lembar observasi lingkungan, modul ajar,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Energi dan Perubahannya dalam konteks operasional kejuruan secara komprehensif.</w:t>
      </w:r>
    </w:p>
    <w:p>
      <w:pPr>
        <w:pStyle w:val="ListNumber"/>
      </w:pPr>
      <w:r>
        <w:rPr>
          <w:rFonts w:ascii="Calibri" w:hAnsi="Calibri"/>
          <w:b w:val="0"/>
          <w:i w:val="0"/>
          <w:color w:val="000000"/>
          <w:sz w:val="19"/>
        </w:rPr>
        <w:t>Menerapkan prosedur kerja dan teknik pemecahan masalah terkait Energi dan Perubahannya secara mandiri dan presisi.</w:t>
      </w:r>
    </w:p>
    <w:p>
      <w:pPr>
        <w:pStyle w:val="ListNumber"/>
      </w:pPr>
      <w:r>
        <w:rPr>
          <w:rFonts w:ascii="Calibri" w:hAnsi="Calibri"/>
          <w:b w:val="0"/>
          <w:i w:val="0"/>
          <w:color w:val="000000"/>
          <w:sz w:val="19"/>
        </w:rPr>
        <w:t>Mengevaluasi hasil kerja, kepatuhan SOP, dan keselamatan kerja (K3) pada aktivitas pembelajaran Energi dan Perubahannya.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Bentuk-bentuk energi industri, efisiensi konsumsi daya listrik bengkel, konversi energi terbarukan, dan audit energi kerja.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Energi dan Perubahannya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Energi dan Perubahannya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Energi dan Perubahannya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Energi dan Perubahannya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Energi dan Perubahannya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Energi dan Perubahannya?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Energi dan Perubahannya.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Energi dan Perubahannya?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Energi dan Perubahannya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Projek Ilmu Pengetahuan Alam dan Sosial (IPAS) • Bab 3: Energi dan Perubahannya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Energi dan Perubahannya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Energi dan Perubahannya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Energi dan Perubahannya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Energi dan Perubahannya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Energi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Energi dan Perubahannya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Perubahannya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Parameter Teknis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Projek Ilmu Pengetahuan Alam dan Sosial (IPAS)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