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PROJEK ILMU PENGETAHUAN ALAM DAN SOSIAL (IPAS)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Projek Ilmu Pengetahuan Alam dan Sosial (IPAS)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Zat dan Perubahannya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Penyelidikan Ilmiah Terapan</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sains/bengkel kerja, alat pelindung diri (APD), lembar observasi lingkungan, modul ajar,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Zat dan Perubahannya dalam konteks operasional kejuruan secara komprehensif.</w:t>
      </w:r>
    </w:p>
    <w:p>
      <w:pPr>
        <w:pStyle w:val="ListNumber"/>
      </w:pPr>
      <w:r>
        <w:rPr>
          <w:rFonts w:ascii="Calibri" w:hAnsi="Calibri"/>
          <w:b w:val="0"/>
          <w:i w:val="0"/>
          <w:color w:val="000000"/>
          <w:sz w:val="19"/>
        </w:rPr>
        <w:t>Menerapkan prosedur kerja dan teknik pemecahan masalah terkait Zat dan Perubahannya secara mandiri dan presisi.</w:t>
      </w:r>
    </w:p>
    <w:p>
      <w:pPr>
        <w:pStyle w:val="ListNumber"/>
      </w:pPr>
      <w:r>
        <w:rPr>
          <w:rFonts w:ascii="Calibri" w:hAnsi="Calibri"/>
          <w:b w:val="0"/>
          <w:i w:val="0"/>
          <w:color w:val="000000"/>
          <w:sz w:val="19"/>
        </w:rPr>
        <w:t>Mengevaluasi hasil kerja, kepatuhan SOP, dan keselamatan kerja (K3) pada aktivitas pembelajaran Zat dan Perubahannya.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Karakteristik materi teknik, klasifikasi sifat fisika dan kimia, pemisahan campuran industri, dan identifikasi zat berbahaya.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Zat dan Perubahannya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Zat dan Perubahannya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Zat dan Perubahannya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Zat dan Perubahannya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Zat dan Perubahannya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Zat dan Perubahannya?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Zat dan Perubahannya.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Zat dan Perubahannya?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Zat dan Perubahannya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Projek Ilmu Pengetahuan Alam dan Sosial (IPAS) • Bab 2: Zat dan Perubahannya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Zat dan Perubahannya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Zat dan Perubahannya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Zat dan Perubahannya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Zat dan Perubahannya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Perubahannya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Zat dan Perubahannya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Standar Operasional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Parameter Teknis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Projek Ilmu Pengetahuan Alam dan Sosial (IPAS)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