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PRAKTIK KERJA LAPANGAN (PKL)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Praktik Kerja Lapangan (PKL)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Penyusunan Laporan Praktik Kerja Lapangan dan Portofolio</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Kerja Nyata (Work-Based Learning) &amp; Magang Industri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Tempat kerja industri/DUDI, jurnal logbook harian, pedoman magang, APD industri, instrumen evaluasi pembimbing</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Penyusunan Laporan Praktik Kerja Lapangan dan Portofolio dalam konteks operasional kejuruan secara komprehensif.</w:t>
      </w:r>
    </w:p>
    <w:p>
      <w:pPr>
        <w:pStyle w:val="ListNumber"/>
      </w:pPr>
      <w:r>
        <w:rPr>
          <w:rFonts w:ascii="Calibri" w:hAnsi="Calibri"/>
          <w:b w:val="0"/>
          <w:i w:val="0"/>
          <w:color w:val="000000"/>
          <w:sz w:val="19"/>
        </w:rPr>
        <w:t>Menerapkan prosedur kerja dan teknik pemecahan masalah terkait Penyusunan Laporan Praktik Kerja Lapangan dan Portofolio secara mandiri dan presisi.</w:t>
      </w:r>
    </w:p>
    <w:p>
      <w:pPr>
        <w:pStyle w:val="ListNumber"/>
      </w:pPr>
      <w:r>
        <w:rPr>
          <w:rFonts w:ascii="Calibri" w:hAnsi="Calibri"/>
          <w:b w:val="0"/>
          <w:i w:val="0"/>
          <w:color w:val="000000"/>
          <w:sz w:val="19"/>
        </w:rPr>
        <w:t>Mengevaluasi hasil kerja, kepatuhan SOP, dan keselamatan kerja (K3) pada aktivitas pembelajaran Penyusunan Laporan Praktik Kerja Lapangan dan Portofolio.</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Sistematika penulisan laporan akhir magang, penyusunan bukti dokumentasi pekerjaan, dan persiapan ujian sidang portofolio di hadapan penguji.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Penyusunan Laporan Praktik Kerja Lapangan dan Portofolio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Penyusunan Laporan Praktik Kerja Lapangan dan Portofolio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Penyusunan Laporan Praktik Kerja Lapangan dan Portofolio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Penyusunan Laporan Praktik Kerja Lapangan dan Portofolio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Penyusunan Laporan Praktik Kerja Lapangan dan Portofolio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Penyusunan Laporan Praktik Kerja Lapangan dan Portofolio?</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Penyusunan Laporan Praktik Kerja Lapangan dan Portofolio.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Penyusunan Laporan Praktik Kerja Lapangan dan Portofolio?</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Penyusunan Laporan Praktik Kerja Lapangan dan Portofolio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Praktik Kerja Lapangan (PKL) • Bab 4: Penyusunan Laporan Praktik Kerja Lapangan dan Portofolio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Penyusunan Laporan Praktik Kerja Lapangan dan Portofolio</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Penyusunan Laporan Praktik Kerja Lapangan dan Portofolio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Penyusunan Laporan Praktik Kerja Lapangan dan Portofolio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Penyusunan Laporan Praktik Kerja Lapangan dan Portofolio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Penyusunan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Penyusunan Laporan Praktik Kerja Lapangan dan Portofolio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Laporan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Praktik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Praktik Kerja Lapangan (PKL)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