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Aktivitas Kebugaran Jasmani dan Senam Ritmik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mengukur derajat kebugaran jasmani pribadi menggunakan instrumen baku.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dan mempraktikkan program latihan sirkuit terstruktur.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menampilkan rangkaian gerak senam irama beregu secara kompak dan bersemangat.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pengukuran derajat kebugaran jasmani (Tes TKJI / Bleep Test VO2Max), metode latihan sirkuit (circuit training), serta kreasi koreografi senam aerobik ritmik beregu.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Komponen dan Pengukuran Kebugaran Jasmani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protokol TKJI: lari cepat, gantung angkat tubuh (pull-up), baring duduk (sit-up), loncat tegak, dan lari 1.000m.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Estimasi Kapasitas Aerobik Maksimal (VO2Max)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Mengikuti prosedur tes lari bolak-balik berirama 20 meter (Multi-Stage Fitness / Bleep Test).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Perancangan Latihan Sirkuit (Circuit Training)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6-8 pos latihan: push-up, squat thrust, plank, shuttle run, jumping jack, skipping.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Koreografi Senam Aerobik Berirama Kreatif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Mengombinasikan musik bertempo 130-140 BPM dengan gerakan pemanasan, inti, dan pendinginan.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Komponen kebugaran jasmani yang diukur melalui tes lari multi-tahap bolak-balik 20 meter (*Bleep Test*)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Kelentukan sendi pinggul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Daya tahan kardiorespiratori jantung-paru (*VO2Max*)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Kekuatan genggaman jari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Keseimbangan statis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Bleep test merupakan tes standar untuk mengukur kapasitas aerobik dan daya tahan kardiovaskular maksimal (*VO2Max*).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Prinsip utama dalam penyusunan urutan pos stasiun pada metode latihan sirkuit (*circuit training*)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Melatih kelompok otot yang sama di setiap pos tanpa jeda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Menyusun pos yang melatih kelompok otot berbeda secara bergantian (misal pos 1 otot lengan, pos 2 otot tungkai, pos 3 otot perut) agar tidak terjadi kelelahan lokal dini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melakukan latihan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beban maksimal atlet angkat besi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Rotasi kelompok otot yang berbeda antar-pos memberi jeda pemulihan bagi satu kelompok otot selagi kelompok otot lain dilatih.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Item tes dalam TKJI (Tes Kesegaran Jasmani Indonesia) untuk usia 13-15 tahun yang berfungsi mengukur kekuatan dan daya tahan otot perut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Lari cepat 50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Baring duduk (*Sit-Up*) selama 60 detik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Loncat tegak (*Vertical Jump*)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Gantung siku tekuk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Baring duduk (*sit-up*) selama 60 detik mengukur daya tahan dan kekuatan otot dinding perut (*rectus abdominis*).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Struktur urutan fase pelaksanaan senam aerobik berirama yang benar dan aman bagi kesehatan jantung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Gerakan inti berat -&gt; Pemanasan -&gt; Makan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Pemanasan (*Warming Up*) -&gt; Gerakan Inti Aerobik (*Core Workout*) -&gt; Pendinginan (*Cooling Down*)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gerakan inti maksimal -&gt; Selesai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Pendinginan -&gt; Gerakan inti -&gt; Pemanasan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Pemanasan menaikkan suhu tubuh bertahap, fase inti memacu denyut aerobik, dan pendinginan menurunkan kembali frekuensi detak jantung ke normal.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fisiologis rutin melakukan latihan kebugaran jasmani bagi seorang pelajar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daya konsentrasi belajar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daya tahan tubuh terhadap penyakit, memperbaiki kualitas tidur, meningkatkan stamina belajar, dan menjaga postur tubuh ideal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tubuh cepat lelah sepanjang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stres mental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Aktivitas fisik teratur memperlancar sirkulasi oksigen ke otak, memicu endorfin, dan meningkatkan kebugaran metabolisme tubuh.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4: Aktivitas Kebugaran Jasmani dan Senam Ritmik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Komponen dan Pengukuran Kebugaran Jasmani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protokol TKJI: lari cepat, gantung angkat tubuh (pull-up), baring duduk (sit-up), loncat tegak, dan lari 1.000m.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Estimasi Kapasitas Aerobik Maksimal (VO2Max)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Mengikuti prosedur tes lari bolak-balik berirama 20 meter (Multi-Stage Fitness / Bleep Test).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Perancangan Latihan Sirkuit (Circuit Training)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6-8 pos latihan: push-up, squat thrust, plank, shuttle run, jumping jack, skipping.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Koreografi Senam Aerobik Berirama Kreatif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Mengombinasikan musik bertempo 130-140 BPM dengan gerakan pemanasan, inti, dan pendinginan.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Kebugaran Jasmani dan Senam Ritmik membekali peserta didik dengan pemahaman saintifik mengenai komponen kebugaran motorik dan kardiorespiratori serta cara mengevaluasinya.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5 komponen kebugaran jasmani utama: daya tahan jantung-paru (*VO2Max*), kekuatan otot (*strength*), daya tahan otot (*endurance*), kelentukan (*flexibility*), dan komposisi tubuh, serta mempraktikkan pengukuran melalui instrumen Tes Kesegaran Jasmani Indonesia (TKJI) dan tes lari multi-tahap (*Bleep Test*).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penyusunan program latihan sirkuit (*circuit training*) berbasis pos teratur serta perancangan koreografi gerak berirama (senam aerobik) yang memadukan langkah kaki dinamis, ayunan lengan variatif, dan formasi spasial yang atraktif.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VO2Max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Volume oksigen maksimum yang dapat diserap, diedarkan, dan dimanfaatkan oleh tubuh selama melakukan latihan fisik intensitas tinggi.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Circuit Training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latihan kondisi fisik yang terdiri atas beberapa pos stasiun latihan berurutan yang melatih kelompok otot berbeda dengan jeda istirahat singkat.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TKJI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Tes Kesegaran Jasmani Indonesia, rangkaian tes fisik standar nasional yang disesuaikan menurut kelompok usia anak dan remaja.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Bleep Test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Tes kebugaran kardiorespiratori lari bolak-balik 20 meter dengan interval bunyi sinyal (bleep) yang temponya semakin lama semakin cepat.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BPM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Beats Per Minute, satuan tempo kecepatan ketukan musik per menit yang memandu ritme senam aerobik.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