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Keterampilan Gerak Atletik Lanjutan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teknik lari sambung estafet 4x400 meter dan penerimaan visual.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gerak spesifik tolak peluru gaya O'Brien secara runtut.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pengaruh sudut tolakan dan kecepatan awalan terhadap jarak tolakan peluru.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lari sambung estafet nomor 4x400 meter, biomekanika tolak peluru gaya membelakangi (O'Brien) dan gaya menyamping (Ortodoks), serta tahapan lempar lembing.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Lari Estafet Nomor 4x400 Meter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start jongkok pelari pertama, penerimaan tongkat visual, dan strategi pacing.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Tolak Peluru Gaya Ortodoks (Menyamping)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sikap berdiri menyamping, ayunan kaki awalan, tolakan kuat, dan gerak ikutan.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Tolak Peluru Gaya O'Brien (Membelakangi)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Menguasai luncuran kaki membelakangi sektor lemparan (glide) dan pemanfaatan torsi panggul.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Prinsip Keselamatan dan Peraturan Lempar Lapangan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sudut lemparan optimum 40-45 derajat, sektor tolakan, dan pencegahan cedera.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Perbedaan pokok teknik pergantian tongkat pada lari estafet nomor 4x400 meter dibandingkan nomor 4x100 meter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Pada 4x400m pelari penerima menggunakan cara visual (menoleh dan melihat tongkat saat menerima) karena pelari pembawa sudah sangat lelah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Pada 4x400m tongkat boleh dilempar dari jauh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Pada 4x400m pelari tidak boleh melihat ke belakang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Pada 4x400m pelari hanya menggunakan 2 orang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Pada nomor 4x400 meter, kecepatan pelari pembawa menurun akibat kelelahan sehingga pelari penerima wajib menoleh (visual) agar tongkat tidak terjatuh.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Keunggulan biomekanika tolak peluru gaya membelakangi (*O'Brien*) dibandingkan gaya menyamping (*Ortodoks*)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Beban peluru terasa lebih ringan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Memberikan lintasan akselerasi daya dorong yang lebih panjang pada tubuh dan peluru sehingga menghasilkan tolakan yang lebih jauh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Tidak memerlukan latihan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Peluru otomatis melayang di udara tanpa didorong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Gaya O'Brien memperpanjang jarak dan waktu kontak percepatan (*acceleration path*) dorongan dari tungkai kaki melintasi putaran tubuh hingga lepasnya peluru.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Posisi peluru yang benar sebelum ditolakkan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Diletakkan di telapak tangan lalu diayun dari belakang punggung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Ditempelkan pada leher di bawah daun telinga dengan siku membuka ke samping 45 derajat dan ditopang pangkal jari-jari tangan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Dipegang dengan kedua tangan di depan dada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Diletakkan di atas bahu belakang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Peluru ditaruh di pangkal jari tangan dan ditempelkan rapat di cekungan leher bawah rahang agar daya tolak berasal dari dorongan murni lengan (*push*), bukan lemparan (*throw*).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Sudut elevasi pelepasan peluru yang paling ideal secara fisika biomekanika untuk mencapai jarak tolakan horizontal maksimal adalah sekitar...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15 - 20 derajat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38 - 42 derajat (mendekati 45 derajat)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75 - 80 derajat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90 derajat tegak lurus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Secara aerodinamika gerak parabola dengan titik pelepasan di atas tanah, sudut lepas optimum tolak peluru berkisar antara 38–42 derajat.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Hasil tolakan peluru seorang atlet dinyatakan DISKUALIFIKASI (TIDAK SAH) oleh juri apabila...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Peluru mendarat di dalam sektor lemparan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Setelah menolak, atlet melangkah keluar lingkaran melewati bagian depan balok pembatas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Atlet berteriak keras saat mendorong peluru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Peluru ditolak menggunakan satu tangan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Regulasi atletik mewajibkan atlet keluar lingkaran dari separuh lingkaran bagian belakang setelah peluru mendarat sah di dalam sektor.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3: Keterampilan Gerak Atletik Lanjutan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Lari Estafet Nomor 4x400 Meter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start jongkok pelari pertama, penerimaan tongkat visual, dan strategi pacing.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Tolak Peluru Gaya Ortodoks (Menyamping)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sikap berdiri menyamping, ayunan kaki awalan, tolakan kuat, dan gerak ikutan.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Tolak Peluru Gaya O'Brien (Membelakangi)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Menguasai luncuran kaki membelakangi sektor lemparan (glide) dan pemanfaatan torsi panggul.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Prinsip Keselamatan dan Peraturan Lempar Lapangan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sudut lemparan optimum 40-45 derajat, sektor tolakan, dan pencegahan cedera.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Keterampilan Gerak Atletik Lanjutan memperdalam penguasaan efisiensi biomekanika tubuh dalam nomor lari estafet jarak jauh dan nomor lempar/tolak lapangan.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strategi lari sambung *estafet 4x400 meter*, mencakup pembagian pelari berdasarkan daya tahan asam laktat, teknik pergantian tongkat secara visual, dan aturan perpindahan lintasan (*break line*).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difokuskan pada analisis kinestetik tolak peluru gaya membelakangi (*O'Brien style / glide*) dan gaya menyamping (*Ortodoks*), mulai dari teknik memegang peluru di leher, luncuran geser kaki (*glide*), putaran panggul, lecutan dorongan lengan 45 derajat, hingga gerak ikutan pemulihan keseimbangan (*follow-through*).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 O'Brien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tolak peluru dengan posisi awalan membelakangi sektor tolakan (glide technique) untuk memperpanjang jarak percepatan dorongan peluru.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 Ortodoks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tolak peluru konvensional di mana atlet berdiri menyamping terhadap sektor sasaran tolakan.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Penerimaan Visual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Teknik serah terima tongkat estafet pada nomor jarak jauh di mana pelari penerima menolehkan pandangannya ke belakang untuk melihat tongkat yang dibawa rekan.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Follow Through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Gerakan lanjutan tubuh setelah peluru lepas dari tangan untuk menjaga keseimbangan dan mencegah atlet terjatuh keluar dari lingkaran tolakan.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Sektor Lemparan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Area berbentuk kerucut bersudut sekitar 34,92 derajat di lapangan yang menjadi zona sah pendaratan peluru/lembing.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