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Keterampilan Gerak Spesifik Permainan Net dan Lapangan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keterampilan gerak smash (spike) dan block pada bola voli.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taktik penyerangan dan pertahanan pada permainan bulu tangkis ganda.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taktik regu pemukul dan regu penjaga pada permainan rounders.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taktik penyerangan spike/smash tajam, bendungan blok ganda bola voli, variasi servis mengapung, taktik reli bulu tangkis, dan strategi home run pada kasti/rounders.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Keterampilan Serangan Bola Voli: Spike dan Floating Serve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awalan langkah 3-step, tolakan lompatan vertikal, lecutan telapak tangan, dan servis mengapung.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Keterampilan Pertahanan Bola Voli: Block dan Dig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teknik bendungan ganda di atas net dan penyelamatan bola keras (dig).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Taktik Permainan Bulu Tangkis Ganda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sistem rotasi serang depan-belakang dan sistem pertahanan berdampingan kanan-kiri.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Taktik Pukulan dan Lari Base pada Rounders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ayunan stik kayu akurat ke celah lapangan kosong dan kecepatan lari base.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Urutan tahapan gerak yang benar saat melakukan teknik *Smash (Spike)* pada permainan bola voli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Lompat -&gt; Mendarat -&gt; Langkah awalan -&gt; Memukul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Langkah awalan ancang-ancang -&gt; Tolakan meloncat ke atas -&gt; Memukul bola saat di titik puncak -&gt; Mendarat lentur mengeper dengan kedua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Memukul dari lantai -&gt; Meloncat -&gt; Berlari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Duduk di lantai -&gt; Melempar bola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Empat fase mekanika smash bola voli: awalan (approach), tolakan (takeoff), kontak pukulan (hit), dan pendaratan (landing) dua kaki mengeper.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Tujuan utama dari teknik servis mengapung (*floating serve*) dalam permainan bola voli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bola berputar sangat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lintasan laju bola tidak berputar dan bergerak bergoyang secara tidak terduga di udara sehingga sulit diantisipasi oleh 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bola menyangkut di 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Menghemat tenaga pemukul semata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Floating serve menghasilkan hambatan aerodinamis yang membuat arah jatuh bola tidak teratur dan menyulitkan penerima servis.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Posisi telapak tangan yang benar saat melakukan teknik *Block* di atas net bola voli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Mengepal rapat seperti tinju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Terbuka lebar dengan jari-jari direnggangkan kokoh dan condong menekan ke arah bawah lapangan 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Menghadap ke arah belakang lapangan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menggunakan satu ujung jari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Jari terbuka lebar dan pergelangan tangan aktif menekan ke depan-bawah membentuk dinding rapat yang mengembalikan bola smash ke lantai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Pada permainan bulu tangkis nomor ganda, pola formasi yang paling ideal digunakan saat tim sedang dalam posisi MENYERANG menekan lawan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Berdampingan kanan dan kiri secara sejajar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Formasi depan dan belakang (satu pemain menguasai depan net dan pasangannya di area belakang melakukan smash)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Keduanya berdiri di sudut yang 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Berdiri di luar garis lapangan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Formasi depan-belakang (*front and back*) mengoptimalkan serangan bertubi-tubi dari belakang dibantu intersepsi cepat di bibir net.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Pukulan 'Home Run' dalam permainan rounders memberikan keuntungan besar bagi regu pemukul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Pertandingan langsung dihentikan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Menghasilkan nilai skor maksimal (biasanya 6 angka) karena pemukul berhasil selamat melewati seluruh pos (base) sekaligus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Menghilangkan giliran memukul tim 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bola rusak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Home run dicapai saat pukulan berhasil meluncur jauh sehingga pemain dapat mengitari base I, II, III, IV, dan kembali ke home base tanpa mati.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Keterampilan Gerak Spesifik Permainan Net dan Lapangan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Keterampilan Serangan Bola Voli: Spike dan Floating Serve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awalan langkah 3-step, tolakan lompatan vertikal, lecutan telapak tangan, dan servis mengapung.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Keterampilan Pertahanan Bola Voli: Block dan Dig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teknik bendungan ganda di atas net dan penyelamatan bola keras (dig).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Taktik Permainan Bulu Tangkis Ganda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sistem rotasi serang depan-belakang dan sistem pertahanan berdampingan kanan-kiri.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Taktik Pukulan dan Lari Base pada Rounders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ayunan stik kayu akurat ke celah lapangan kosong dan kecepatan lari base.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Keterampilan Gerak Spesifik Permainan Net dan Lapangan mengasah koordinasi lompatan vertikal, timing pukulan di udara, dan penempatan bola akurat pada area kosong lapangan lawan.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penyerangan bola voli: variasi pukulan smash menukik (*spike*), servis atas mengapung (*floating serve*), serta taktik pertahanan bendungan tunggal dan ganda (*block*) di bibir net.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diperluas dengan strategi reli panjang dan penempatan shuttlecock silang (*cross-court*) pada bulu tangkis, serta taktik memukul terarah dan berlari mengelilingi base (*home run*) pada permainan rounders.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Spike / Smash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keras dan menukik tajam yang dilakukan di atas bibir net untuk mematikan bola di area lapangan lawan dalam bola voli.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Block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Upaya membendung atau menghalangi bola smash lawan di dekat net dengan menjulurkan kedua telapak tangan ke atas melintasi bibir 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Floating Serve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servis atas bola voli di mana bola dipukul tepat di bagian tengahnya tanpa putaran sehingga lintasannya melayang bergoyang di udara.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Home Run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Keberhasilan seorang pemukul rounders memukul bola dengan sangat baik dan berhasil berlari mengelilingi semua base hingga kembali ke ruang bebas dalam satu giliran pukulan.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penyelamatan bola smash keras lawan menggunakan passing bawah satu atau dua tangan sebelum bola menyentuh lantai.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