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Keterampilan Gerak Spesifik Permainan Invasi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dan mempraktikkan taktik penyerangan dan pertahanan pada permainan invasi.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efektivitas transisi menyerang ke bertahan dalam situasi pertandingan nyata.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sikap kepemimpinan, sportivitas, dan tanggung jawab kerja sama tim.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taktik penyerangan kilat (fast break), kombinasi pola operan terpadu, pertahanan tekanan tinggi (full-court press) pada sepak bola, bola basket, dan bola tangan.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Taktik Penyerangan dan Transisi Sepak 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formasi 4-3-3 / 4-4-2, serangan balik cepat, dan perangkap offside (offside trap).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Taktik Penyerangan Kilat (Fast Break) Bola Basket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skema transisi cepat 3-lawan-2, pick and roll, dan tembakan 3 angka (three-point shoot).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Kombinasi Serangan dan Pertahanan Bola Tangan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Mengoperasikan serangan gelombang cepat dan formasi pertahanan zonal 6-0 atau 5-1.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Kepemimpinan Lapangan dan Fair Play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Membangun komunikasi taktis kapten tim, pengendalian emosi, dan respek antaratlet.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Strategi penyerangan kilat dalam bola basket di mana bola dialirkan sangat cepat ke area lawan sebelum pemain bertahan lawan sempat kembali menempati posisinya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 offense lambat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Fast Break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Zone defense pasif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Time out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Fast break memanfaatkan celah ruang kosong di pertahanan lawan sesaat setelah merebut bola (*turnover/rebound*) dengan serangan kilat.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Syarat utama keberhasilan penerapan taktik jebakan offside (*offside trap*) pada lini belakang tim sepak bola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Setiap bek berlari mengejar bola sendiri-sendiri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Koordinasi dan kekompakan seluruh pemain garis pertahanan untuk melangkah maju secara serentak dalam satu komando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Membiarkan kiper maju sampai garis tengah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Melakukan pelanggaran fisik kepada lawan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Offside trap menuntut sinkronisasi gerak maju seluruh lini belakang secara kompak sebelum bola dilepaskan pengumpan lawan.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Taktik bola basket 'Pick and Roll' sangat efektif digunakan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Mengulur-ulur waktu pertandingan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Membuka ruang tembak atau jalur penetrasi bagi pembawa bola dengan menghalangi pemain penjaga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bola keluar lapangan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Menghentikan wasit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Screener memasang badan (*screen/pick*) untuk memblokir penjaga pembawa bola sehingga tercipta keunggulan jumlah (*mismatch*) atau ruang kosong menembak.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Formasi pertahanan 6-0 pada permainan bola tangan memiliki karakteristik...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6 pemain bertahan berdiri rapat membentuk pagar setengah lingkaran di sepanjang garis batas 6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Satu pemain menjaga gawang dan 5 pemain berada di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pemain berada di tengah lapangan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Pemain bertahan tidak boleh bergerak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Formasi 6-0 menempatkan seluruh 6 pemain lapangan berdiri sejajar di garis 6 meter untuk memblokir tembakan jarak dekat dan poros lawan.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kapten tim yang bijaksana saat timnya tertinggal angka di menit-menit akhir pertandingan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Menyalahkan penjaga gawang di hadapan publik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Memberikan instruksi taktis yang jelas dengan tenang, menyuntikkan motivasi optimisme, dan merapikan fokus konsentrasi regu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Mogok bermain dan meninggalkan lapangan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Melakukan pelanggaran kasar kepada lawan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Kepemimpinan sejati diuji dalam kondisi kritis dengan menjaga ketenangan, memompa moral regu, dan mengarahkan strategi secara konstruktif.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1: Keterampilan Gerak Spesifik Permainan Invasi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Taktik Penyerangan dan Transisi Sepak 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formasi 4-3-3 / 4-4-2, serangan balik cepat, dan perangkap offside (offside trap).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Taktik Penyerangan Kilat (Fast Break) Bola Basket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skema transisi cepat 3-lawan-2, pick and roll, dan tembakan 3 angka (three-point shoot).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Kombinasi Serangan dan Pertahanan Bola Tangan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Mengoperasikan serangan gelombang cepat dan formasi pertahanan zonal 6-0 atau 5-1.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Kepemimpinan Lapangan dan Fair Play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Membangun komunikasi taktis kapten tim, pengendalian emosi, dan respek antaratlet.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Keterampilan Gerak Spesifik Permainan Invasi kelas 9 mengintegrasikan kemahiran teknik dasar individu ke dalam penerapan skema taktik dan formasi beregu yang dinamis dan kompetitif.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taktik penyerangan balik kilat (*fast break*), kombinasi operan dinding satu-dua (*one-two wall pass*), penyelesaian akhir dalam ruang sempit, serta formasi pertahanan kompak (*compact defense*) dan penekanan seluruh lapangan (*full-court press*).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kepemimpinan lapangan, pengambilan keputusan taktis sepersekian detik, ketahanan mental di bawah tekanan skor, serta komitmen menjunjung tinggi nilai sportivitas dan rasa hormat kepada wasit serta lawan.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Fast Break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Strategi penyerangan kilat dalam bola basket atau bola tangan di mana tim menyerbu daerah pertahanan lawan secara cepat sebelum lawan sempat menata formasinya.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Pick and Roll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Taktik permainan bola basket di mana seorang pemain memasang badan menghalangi penjaga lawan (pick) lalu bergerak memutar ke arah ring (roll) untuk menerima umpan.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Offside Trap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Taktik pertahanan sepak bola di mana seluruh pemain belakang bergerak maju secara serentak untuk menjebak penyerang lawan pada posisi offside.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Full-Court Press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pertahanan agresif dalam bola basket di mana pemain bertahan menekan dan mengawal ketat lawan di seluruh area lapangan sejak garis lemparan ke dalam.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Transisi Permainan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Fase peralihan instan saat sebuah tim kehilangan penguasaan bola (menyerang ke bertahan) atau saat merebut bola (bertahan ke menyerang).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