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Keterampilan Gerak Permainan Bola Kecil dan Net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keterampilan gerak spesifik smash, drop shot, dan netting pada bulu tangkis.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variasi pukulan spin dan drive pada permainan tenis meja.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taktik penyerangan dan pertahanan regu pada permainan rounders.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gerak spesifik bulu tangkis (grip, footwork, smash, drop shot, netting), teknik spin tenis meja, serta koordinasi fielding pada permainan kasti/rounders.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Keterampilan Bulu Tangkis: Pukulan Serangan dan Tipuan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teknik pukulan smash, lob panjang, dan drop shot menukik tipis di atas net.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Keterampilan Bulu Tangkis: Netting dan Footwork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gerak kaki bergerak cepat (footwork) dan pukulan netting silang yang akurat.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Keterampilan Tenis Meja: Pukulan Drive, Push, dan Spin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Menguasai variasi pegangan penhold/shakehand serta pukulan topspin dan backspin.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Keterampilan Rounders/Kasti: Melempar, Menangkap, dan Taktik Jaga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lemparan melambung/mendatar, tangkapan bola cepat, dan taktik membakar base.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Perbedaan utama antara pukulan *Smash* dan pukulan *Drop Shot* pada permainan bulu tangkis terletak 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Posisi raket saat mengayun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Kekuatan lecutan pergelangan tangan dan kecepatan laju shuttlecock yang menukik lembut di bibir net pada drop shot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Grip raket yang selalu berbeda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Jumlah shuttlecock yang digunakan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Ayunan awal smash dan drop shot tampak serupa untuk mengelabui lawan, namun drop shot diselesaikan dengan sentuhan lembut agar kok meluncur pelan dan menukik tipis di depan net.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Pada permainan bulu tangkis, fungsi utama penguasaan *footwork* yang lincah dan berirama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sepatu tidak cepat aus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Memungkinkan pemain menjangkau seluruh sudut lapangan dengan seimbang dan cepat untuk mengembalikan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Menghitung jumlah langkah kaki selama bertanding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Menghindari kontak dengan wasit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Footwork yang baik menjamin kecepatan mobilitas pemain ke seluruh penjuru lapangan dan menjaga keseimbangan tubuh saat melakukan pukulan.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Pukulan gesekan pada tenis meja yang menghasilkan putaran bola ke depan dan membuat lintasan bola melengkung tajam ke bawah meja lawan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Backspin (Push)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Topspin (Drive)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Chop defense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Block pasif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Topspin menggesek bagian atas/belakang bola ke arah atas-depan, menghasilkan efek Magnus yang membuat bola menukik cepat ke meja lawan.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Dalam permainan rounders, cara yang paling efektif bagi regu penjaga untuk mematikan pelari yang sedang berlari kencang menuju base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Melempar bola langsung ke arah kepala pelari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Melempar bola secara cepat dan akurat kepada penjaga base sebelum pelari menyentuh base (membakar base) atau mengetik pelari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Menghalangi jalur lari pelari dengan mendorongnya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Berteriak keras agar pelari berhenti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Mematikan pelari dilakukan dengan melempar bola ke penjaga base untuk membakar base (*force out*) atau mengetik tubuh pelari dengan bola secara sah.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Teknik memegang raket bulu tangkis seperti orang sedang berjabat tangan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Backhand grip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Forehand grip (English grip)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Penhold grip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American grip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Forehand grip dilakukan dengan posisi ibu jari dan jari telunjuk membentuk huruf V menyerupai posisi tangan saat sedang berjabat tangan.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2: Keterampilan Gerak Permainan Bola Kecil dan Net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Keterampilan Bulu Tangkis: Pukulan Serangan dan Tipuan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teknik pukulan smash, lob panjang, dan drop shot menukik tipis di atas net.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Keterampilan Bulu Tangkis: Netting dan Footwork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gerak kaki bergerak cepat (footwork) dan pukulan netting silang yang akurat.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Keterampilan Tenis Meja: Pukulan Drive, Push, dan Spin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Menguasai variasi pegangan penhold/shakehand serta pukulan topspin dan backspin.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Keterampilan Rounders/Kasti: Melempar, Menangkap, dan Taktik Jaga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lemparan melambung/mendatar, tangkapan bola cepat, dan taktik membakar base.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Keterampilan Gerak Permainan Bola Kecil dan Net melatih kepekaan refleks motorik halus dan kasar, ketepatan penempatan bola (*shuttlecock*), dan kelincahan langkah kaki (*footwork*) di lapangan.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pegangan raket (*forehand* dan *backhand grip*), pukulan serangan tajam (*smash*), pukulan tipuan menukik dekat net (*drop shot*), dan permainan net halus (*netting*) pada cabang bulu tangkis.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diperkaya dengan teknik pukulan *topspin* dan *backspin* pada tenis meja, serta keterampilan taktis melempar, menangkap bola lambung/susur tanah, dan strategi mematikan pelari pada permainan rounders.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Drop Shot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bulu tangkis yang dilakukan dari daerah belakang seperti hendak melakukan smash, tetapi shuttlecock dipukul lembut agar jatuh menukik tepat di dekat net lawan.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Netting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pendek dan halus yang dilakukan di dekat net agar shuttlecock melintas setipis mungkin di atas bibir net lawan.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Footwork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pergerakan dan kelincahan langkah kaki untuk memposisikan tubuh secara ideal sebelum memukul bola.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Topspin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tenis meja di mana bet menggesek bola ke arah atas sehingga bola berputar ke depan dan memantul cepat menukik.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Fielding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Keterampilan menjaga lapangan, menangkap bola, dan mengembalikan bola ke pos/base dalam permainan kasti atau rounders.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