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Keterampilan Gerak Permainan Invasi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kombinasi gerak spesifik mengoper, menggiring, dan menembak pada permainan invasi.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taktik penyerangan dan pertahanan beregu dalam permainan invasi.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sportivitas, disiplin, dan kerja sama tim selama aktivitas olahraga.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kombinasi gerak spesifik passing, dribbling, shooting, dan taktik penyerangan serta pertahanan zona dalam sepak bola, bola basket, dan bola tangan.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Kombinasi Gerak Spesifik Sepak Bola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variasi passing, controlling bola lambung, dribbling, dan tembakan terarah ke gawang.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Kombinasi Gerak Spesifik Bola Basket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chest pass, bounce pass, crossover dribble, lay-up shoot, dan jump shoot.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Kombinasi Gerak Spesifik Bola Tangan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gerak melangkah, operan setinggi dada, tembakan melayang (flying shoot), dan posisi kiper.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Taktik Pertahanan dan Kerja Sama Tim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prinsip zonal marking, transisi cepat pertahanan-ke-serangan, dan komunikasi tim.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Urutan langkah kaki yang benar saat seorang pemain bola basket melakukan teknik tembakan 'Lay-up Shoot' dengan tangan kanan menuju ring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Langkah kiri -&gt; langkah kanan -&gt; melompat dengan kaki kiri -&gt; tembakan tangan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Langkah kanan -&gt; langkah kiri -&gt; melompat dengan kaki kiri -&gt; tembakan tangan kanan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Melompat dengan kedua kaki bersamaan dari garis tengah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Melangkah tiga kali ke samping lalu melempar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lay-up tangan kanan, langkah kaki yang benar adalah: langkah kaki kanan, disusul langkah kaki kiri sebagai tolakan melompat ke atas, lalu melepaskan bola dengan tangan kanan ke papan ring.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Keunggulan utama menerapkan pola pertahanan wilayah (*zone defense*) dibandingkan *man-to-man marking* pada permainan bola basket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Setiap pemain bebas tidak bergerak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Lebih hemat energi fisik pemain dan sangat efektif menutup area bawah ring dari serangan penetrasi lawan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Pasti membuat lawan melakukan pelanggaran teknis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memerlukan komunikasi antar pemain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Zone defense menjaga area secara kolektif sehingga mengurangi kelelahan akibat mengejar satu pemain terus-menerus dan memperkuat kerapatan pertahanan di sekitar ring.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Dalam permainan sepak bola, teknik menghentikan bola lambung yang datang setinggi dada paling efektif menggunakan...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Ujung jari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Kontrol menggunakan dada dengan menarik dada sedikit ke belakang saat kontak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Menyundul bola langsung ke tanah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Menahan dengan telapak kaki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Kontrol dada dilakukan dengan membusungkan dada lalu menariknya sedikit ke belakang saat bola menyentuh permukaan dada untuk meredam momentum laju bola.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khas teknik 'Flying Shoot' dalam permainan bola tangan yang membedakannya dari tembakan biasa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Dilakukan dari belakang garis tengah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Pemain melepaskan tembakan saat posisi tubuh melayang di udara melewati garis area gawang sebelum mendarat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Dilakukan dengan kedua tangan memegang bola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Pemain harus duduk di lantai saat melempar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Flying shoot dilakukan dengan melompat ke arah gawang melintasi garis batas 6 meter, melepaskan bola saat melayang di udara, lalu mendarat dengan aman.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mencerminkan nilai sportivitas tinggi saat rekan satu tim melakukan kesalahan operan bola yang berujung kebobolan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Memarahi dan mengejek rekan tim di depan penonton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tepukan semangat, tidak menyalahkan, dan fokus kembali pada strategi pertahanan berikutnya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Meminta wasit menghentikan pertandingan sepihak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Mogok bertanding dan keluar lapangan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Sportivitas dan kepemimpinan tim diwujudkan dengan saling mendukung, menjaga moral rekan, dan belajar dari kesalahan demi keberhasilan kolektif.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1: Keterampilan Gerak Permainan Invasi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Kombinasi Gerak Spesifik Sepak Bola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variasi passing, controlling bola lambung, dribbling, dan tembakan terarah ke gawang.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Kombinasi Gerak Spesifik Bola Basket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chest pass, bounce pass, crossover dribble, lay-up shoot, dan jump shoot.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Kombinasi Gerak Spesifik Bola Tangan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gerak melangkah, operan setinggi dada, tembakan melayang (flying shoot), dan posisi kiper.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Taktik Pertahanan dan Kerja Sama Tim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prinsip zonal marking, transisi cepat pertahanan-ke-serangan, dan komunikasi tim.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Keterampilan Gerak Permainan Invasi kelas 8 memperdalam penguasaan pola gerak terpadu yang memadukan kelincahan kaki, koordinasi mata-tangan-kaki, dan pemahaman strategi spasial dalam menembus pertahanan lawan.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kombinasi variasi operan pendek-panjang (*short and long passing*), teknik menggiring berliku (*dribbling*), penyelesaian akhir (*shooting*), serta taktik pertahanan satu lawan satu (*man-to-man marking*) dan pertahanan wilayah (*zone defense*).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penanaman nilai sportivitas, komunikasi taktis verbal/non-verbal antarpemain di lapangan, kepemimpinan, dan kesadaran bermain secara adil (*fair play*) dalam situasi pertandingan kompetitif.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Permainan Invasi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Kategori permainan olahraga beregu di mana kedua tim berusaha menyerang wilayah lawan untuk mencetak skor sembari mempertahankan daerah sendiri.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Lay-up Shoot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tembakan memasukkan bola ke ring basket yang diawali dengan gerakan melangkah dua langkah dan melompat di dekat papan pantul.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Zone Defense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Sistem pertahanan di mana setiap pemain bertanggung jawab menjaga area atau zona tertentu di lapangan daripada mengawal satu pemain lawan secara khusus.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Flying Shoot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menembak bola ke gawang dalam permainan bola tangan dengan cara melompat melayang ke depan area gawang.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Fair Play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Sikap kejujuran, menghormati aturan permainan, mengakui keunggulan lawan, dan menjaga integritas dalam berolahraga.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