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Aktivitas Kebugaran Jasmani dan Pola Hidup Sehat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bentuk latihan kebugaran jasmani untuk meningkatkan kekuatan, daya tahan, dan kelenturan.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Indeks Massa Tubuh (IMT) dan menganalisis status gizi pribadi.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kebiasaan pola hidup sehat dan pola makan seimbang dalam kehidupan harian.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komponen kebugaran jasmani (daya tahan aerobik, kekuatan otot, kelenturan, kelincahan), tes pengukuran fisik (IMT dan tes kebugaran), serta penerapan pola makan bergizi seimbang dan istirahat teratur.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Komponen Kebugaran Jasmani Terkait Kesehatan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daya tahan aerobik, kekuatan otot, kelenturan, dan komposisi tubuh.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Bentuk Latihan Kekuatan dan Daya Tahan Otot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push-up, sit-up, back-up, plank, dan sirkuit latihan (*circuit training*).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Latihan Kelenturan dan Kelincahan Tubuh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peregangan statis/dinamis dan lari bolak-balik (*shuttle run*).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Pengukuran IMT dan Pola Makan Bergizi Seimbang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Indeks Massa Tubuh dan menyusun menu makanan sehat seimbang.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latihan fisik yang paling efektif untuk melatih kekuatan dan daya tahan otot perut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Push-up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Sit-up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Shuttle run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Pull-up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Sit-up secara spesifik mengkontraksikan kelompok otot rektus abdominis (otot perut) untuk meningkatkan kekuatan dan tonus dinding perut.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Seorang siswa memiliki berat badan 50 kg dan tinggi badan 1,60 meter (160 cm). Nilai Indeks Massa Tubuh (IMT) siswa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15,6 kg/m²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19,5 kg/m²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25,0 kg/m²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31,2 kg/m²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IMT = Berat (kg) / (Tinggi x Tinggi dalam meter) = 50 / (1,60 x 1,60) = 50 / 2,56 = 19,53 kg/m² (Kategori Normal/Ideal).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Bentuk latihan kebugaran yang berguna untuk melatih kelincahan (*agility*) gerak kaki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Lari bolak-balik (*shuttle run*) memindahkan balok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Plank selama 1 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Mencium lutut pada posisi duduk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Angkat beban barbel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Shuttle run (lari bolak-balik dengan mengubah arah secara cepat) adalah instrumen standar untuk melatih dan menguji kelincahan tubuh.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Manfaat melakukan peregangan (*stretching*) dan pemanasan (*warming up*) sebelum berolahraga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risiko kram otot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Mempersiapkan suhu tubuh, elastisitas otot, dan mencegah terjadinya cedera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Mempercepat timbulnya rasa lelah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detak jantung secara drastis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Pemanasan menaikkan sirkulasi darah ke otot, meningkatkan kelenturan persendian, serta mempersiapkan mental dan fisik sehingga risiko cedera berkurang.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Panduan porsi gizi seimbang 'Isi Piringku' dari Kementerian Kesehatan menganjurkan komposisi satu piring makan terdiri atas...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100% nasi putih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2/3 makanan pokok dan 1/3 lauk pauk dari setengah piring, serta 2/3 sayuran dan 1/3 buah-buahan dari setengah piring lainnya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makanan cepat saji tinggi lemak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Seluruhnya makanan manis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Panduan 'Isi Piringku' membagi piring menjadi: 50% untuk sayur dan buah (proporsi 2/3 sayur, 1/3 buah) serta 50% untuk karbohidrat dan protein (proporsi 2/3 pokok, 1/3 lauk).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Aktivitas Kebugaran Jasmani dan Pola Hidup Sehat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Komponen Kebugaran Jasmani Terkait Kesehatan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daya tahan aerobik, kekuatan otot, kelenturan, dan komposisi tubuh.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Bentuk Latihan Kekuatan dan Daya Tahan Otot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push-up, sit-up, back-up, plank, dan sirkuit latihan (*circuit training*).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Latihan Kelenturan dan Kelincahan Tubuh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peregangan statis/dinamis dan lari bolak-balik (*shuttle run*).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Pengukuran IMT dan Pola Makan Bergizi Seimbang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Indeks Massa Tubuh dan menyusun menu makanan sehat seimbang.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Kebugaran jasmani adalah kesanggupan dan kemampuan tubuh untuk melakukan penyesuaian terhadap pembebanan fisik yang diberikan kepadanya tanpa menimbulkan kelelahan yang berlebihan, sehingga masih memiliki cadangan energi untuk menikmati waktu luang.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Komponen kebugaran jasmani terkait kesehatan meliputi daya tahan jantung-paru-peredaran darah (*cardiorespiratory endurance*), kekuatan otot (*strength* melalui push-up dan sit-up), kelenturan (*flexibility* melalui peregangan dinamis/statis), dan komposisi tubuh (Indeks Massa Tubuh / IMT).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Pola hidup sehat dibangun di atas segitiga kesehatan: aktivitas fisik teratur (minimal 30 menit sehari), asupan gizi seimbang (menerapkan panduan Isi Piringku), serta istirahat tidur yang cukup (8 jam per malam) untuk mendukung masa pertumbuhan remaja.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Kebugaran Jasmani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fisik tubuh untuk melakukan aktivitas sehari-hari secara optimal tanpa mengalami kelelahan yang berarti.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Push-Up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latihan kekuatan fisik yang bertumpu pada lengan dan ujung kaki untuk melatih otot dada, bahu, dan trisep.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Sit-Up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Latihan kekuatan otot perut yang dilakukan dengan mengangkat tubuh bagian atas dari posisi telentang.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IMT (Indeks Massa Tubuh)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Ukuran yang digunakan untuk menentukan status gizi berdasarkan perbandingan berat badan (kg) dibagi tinggi badan kuadrat (m²).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Circuit Training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Metode latihan sirkuit yang menggabungkan beberapa pos latihan kebugaran berbeda secara berurutan dalam satu rangkaian.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