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Aktivitas Gerak Berirama Kreasi Modern-Tradisional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Mengkreasikan perpaduan gerakan langkah aerobik dan estetika gerak tari daerah.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Menata alur formasi gerak kelompok (lingkaran, segitiga, saf lurus) dengan ketukan ritme musik.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Menampilkan pertunjukan gerak berirama di hadapan kelas dengan antusiasme dan rasa percaya diri tinggi.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Merancang dan menampilkan koreografi senam aerobik kreasi modern yang dipadukan dengan gerakan tari tradisional Nusantara dengan transisi formasi ruang yang dinamis dan kompak.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Eksplorasi Pola Langkah Kompleks (Mambo, Box Step, Double Step, Chassé)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eksplorasi pola langkah kompleks (mambo, box step, double step, chassé).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Teknik Menggabungkan Gerak Aerobik Modern dan Gerak Tari Tradisional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teknik menggabungkan gerak aerobik modern dan gerak tari tradisional.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Pemilihan dan Sinkronisasi Musik Pengiring Senam Berdurasi 3-5 Menit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pemilihan dan sinkronisasi musik pengiring senam berdurasi 3-5 menit.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Manajemen Pementasan dan Evaluasi Pagelaran Senam Irama Kreasi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manajemen pementasan dan evaluasi pagelaran senam irama kreasi.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Gerakan langkah kaki di mana kaki kanan melangkah ke depan-kiri menyilang di depan kaki kiri, lalu kaki kiri melangkah mundur, disusul kaki kanan melangkah ke samping-kanan sehingga membentuk kotak persegi disebut langkah...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Box step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Lari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Lompat kangkang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Kuda-kuda belakang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Box step adalah langkah koordinasi silang 4 hitungan yang menjiplak bentuk denah bujur sangkar (kotak) di lantai.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Ketika memadukan gerakan tari daerah (misalnya gerak mendak Jawa atau gerak memanah Papua) ke dalam senam irama modern, hal yang harus diperhatikan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Menghilangkan seluruh nilai kesopanan gerakan asli daerah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Menyesuaikan tempo dan intensitas gerak daerah dengan ketukan musik aerobik tanpa merusak keanggunan makna filosofis aslinya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Membuat gerakan menjadi kaku dan membosankan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Hanya menggerakkan jari kelingking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Kreasi fusi budaya menyelaraskan dinamika tempo fisik senam dengan tetap menjunjung tinggi estetika dan kesantunan makna ragam gerak tradisional.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Peranan musik pengiring dalam sebuah penampilan senam kreasi berirama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Hanya sebagai suara latar agar ruangan tidak sunyi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Sebagai pengatur tempo ketukan gerakan, penentu dinamika emosi/ekspresi, dan pemersatu keseragaman gerak kelompok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Mengaburkan kesalahan gerakan peserta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penonton merasa mengantuk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Musik bertindak sebagai denyut pemandu (*metronom*) yang menjaga tempo ritmis gerak serta membangkitkan energi semangat seluruh penampil.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Struktur susunan penampilan senam irama kreasi yang lengkap dan baku terdiri atas tiga bagian,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Pemanasan (warm-up) → Gerakan Inti (aerobik dinamis) → Pendinginan (cooling down)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Tidur → Lari cepat → Makan bersama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Gerakan inti → Pemanasan → Lari estafet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Pendinginan → Gerakan inti → Pemanasan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Protokol fisiologis senam terbagi menjadi pemanasan untuk menyiapkan otot, gerakan inti untuk melatih kardio aerobik, dan pendinginan untuk pemulihan.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Kriteria penilaian utama dalam evaluasi pagelaran senam irama kreasi kelompok meliputi...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Kemewahan tata rias dan harga sepatu peserta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Kekompakan regu, keselarasan gerak dengan ketukan musik, variasi pola langkah dan formasi, serta ekspresi kegembiraan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Banyaknya teriakan keras selama senam berlangsung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Kelompok yang paling cepat mengakhiri senam mendahului musik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Penilaian senam ritmik bertumpu pada harmoni ketukan (*rhythm*), formasi panggung (*choreography*), kekompakan (*synchronicity*), dan kebugaran ekspresi.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7: Aktivitas Gerak Berirama Kreasi Modern-Tradisional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Eksplorasi Pola Langkah Kompleks (Mambo, Box Step, Double Step, Chassé)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eksplorasi pola langkah kompleks (mambo, box step, double step, chassé).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Teknik Menggabungkan Gerak Aerobik Modern dan Gerak Tari Tradisional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teknik menggabungkan gerak aerobik modern dan gerak tari tradisional.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Pemilihan dan Sinkronisasi Musik Pengiring Senam Berdurasi 3-5 Menit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pemilihan dan sinkronisasi musik pengiring senam berdurasi 3-5 menit.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Manajemen Pementasan dan Evaluasi Pagelaran Senam Irama Kreasi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manajemen pementasan dan evaluasi pagelaran senam irama kreasi.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Gerak Berirama Kreasi Modern-Tradisional memberikan ruang ekspresi kolaboratif bagi peserta didik kelas enam untuk menciptakan gubahan senam ritmik yang memadukan unsur kebugaran aerobik modern (seperti *aerodance* atau senam kesegaran jasmani) dengan unsur keindahan gerak tari daerah Nusantara.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transisi gerak tingkat lanjut, sinkronisasi variasi langkah (*double step, mambo, box step, chassé*) dengan ayunan lengan dinamis, serta mengaransemen musik pengiring yang memadukan melodi lagu kebangsaan/daerah dengan ritme ketukan modern.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proyek akhir pagelaran senam irama kreasi sekolah, peserta didik mengasah keterampilan kepemimpinan kelompok, kreativitas seni gerak, kerja sama inklusif, dan rasa percaya diri mementaskan karya di hadapan warga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Box Step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langkah senam membentuk kotak persegi empat dengan menyilangkan langkah kaki ke depan dan ke samping.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Mambo Step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Langkah dasar ritmik dengan melangkah satu kaki ke depan lalu memindahkan berat badan dan mundur kembali ke titik awal secara lincah.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Chassé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Langkah geser cepat menyamping di mana kaki belakang meluncur merapat mengejar kaki depan dalam satu ketukan sinkopasi.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Kreasi Gerak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merancang ragam gerakan baru hasil adaptasi dan perpaduan beberapa gaya gerak yang sudah ada.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Sinkronisasi Musik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Kesesuaian tepat antara aksen ketukan nada musik (downbeat) dengan titik puncak gerakan anggota tubuh.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