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Mengenal Penyakit Menular dan Upaya Pencegahannya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mengidentifikasi jenis-jenis penyakit menular umum dan penyebabnya.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cara penularan penyakit dan etika batuk/bersin yang benar.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menerapkan langkah-langkah pencegahan penyakit menular dalam kehidupan sehari-hari.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ragam penyakit menular umum (influenza, diare, cacar air, DBD, kudis), jalur penularan (udara, kontak, makanan, vektor), dan pola pencegahan imunisasi.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Mengenal Jenis-Jenis Penyakit Menular Umum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Mengidentifikasi gejala flu, batuk, diare, cacar air, dan penyakit kulit pada anak.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Cara Penularan Kuman dan Etika Batuk yang Benar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etika menutup mulut dengan lengan baju dalam atau tisu saat bersin.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Pola Hidup Sehat untuk Meningkatkan Daya Tahan Tubuh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makan bergizi, tidur 8-9 jam, minum air putih cukup, dan berolahraga teratur.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Penyakit berikut yang penularan utamanya terjadi melalui percikan air liur (droplet) di udara saat orang sakit batuk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Influenza (Flu) dan batuk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Sakit gigi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Keseleo pergelangan kaki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Mata rabun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Virus influenza menyebar sangat cepat melalui droplet udara yang terhirup orang di dekatnya.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Etika batuk atau bersin yang paling benar di dalam ruang kelas agar tidak menularkan kuman kepada teman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Menghadap langsung ke wajah teman sambil tertawa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Menutup hidung dan mulut menggunakan lengan baju bagian dalam atau tisu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Menahan batuk sampai sesak napas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Membuka mulut lebar-lebar ke arah papan tulis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Menutup dengan siku/lengan baju dalam mencegah kuman berpindah ke telapak tangan yang memegang benda bersama.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Penyakit diare pada anak biasanya disebabkan oleh...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Mengonsumsi makanan atau minuman yang tercemar lalat dan bakteri kotor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Membaca buku terlalu lama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Berolahraga lari di pagi hari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Memakai sepatu baru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Kuman E. coli dan bakteri lain pada makanan yang tidak higienis menginfeksi saluran pencernaan.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Tindakan yang tepat untuk memperkuat daya tahan tubuh agar tidak mudah terserang bibit penyakit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Begadang menonton TV setiap malam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Makan makanan bergizi seimbang, rajin berolahraga, dan istirahat yang cukup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Hanya makan makanan ringan manis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Menghindari minum air putih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Nutrisi bergizi, hidrasi cukup, dan tidur teratur mengoptimalkan sistem antibodi tubuh.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Tujuan utama program imunisasi atau vaksinasi yang diberikan oleh petugas kesehatan di sekolah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Memberikan rasa sakit pada lengan anak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Membentuk antibodi kekebalan tubuh agar kebal terhadap serangan penyakit berbahaya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Mengganti sarapan pagi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Menguji keberanian murid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Vaksin merangsang pembentukan memori imunologis untuk melindungi anak dari wabah infeksi.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8: Mengenal Penyakit Menular dan Upaya Pencegahannya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Mengenal Jenis-Jenis Penyakit Menular Umum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Mengidentifikasi gejala flu, batuk, diare, cacar air, dan penyakit kulit pada anak.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Cara Penularan Kuman dan Etika Batuk yang Benar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etika menutup mulut dengan lengan baju dalam atau tisu saat bersin.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Pola Hidup Sehat untuk Meningkatkan Daya Tahan Tubuh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makan bergizi, tidur 8-9 jam, minum air putih cukup, dan berolahraga teratur.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Penyakit menular adalah gangguan kesehatan yang disebabkan oleh mikroorganisme patogen (virus, bakteri, jamur, parasit) yang dapat berpindah dari orang sakit atau hewan ke orang sehat.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beberapa penyakit menular yang sering dijumpai pada anak usia sekolah: flu dan batuk (menular lewat percikan udara/droplet), diare (makanan/minuman tercemar kuman), cacar air (kontak langsung), serta demam berdarah (gigitan nyamuk).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membimbing siswa menerapkan etika batuk/bersin menutup mulut, tidak berbagi alat makan pribadi saat sakit, beristirahat cukup, mengonsumsi gizi seimbang, dan melengkapi imunisasi dasar.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Penyakit Menular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Penyakit infeksi yang dapat berpindah dari orang yang terinfeksi atau hewan perantara kepada orang lain.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Droplet (Percikan)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Percikan cairan halus yang keluar dari hidung atau mulut saat seseorang batuk, bersin, atau berbicara.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Imunitas (Daya Tahan)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Kekuatan sistem kekebalan tubuh untuk melawan dan menolak serangan bibit penyakit.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Imunisasi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Pemberian vaksin ke dalam tubuh untuk merangsang pembentukan kekebalan aktif terhadap penyakit tertentu.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