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Aktivitas Gerak Berirama Beregu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dan mempraktikkan variasi pola langkah kaki berirama.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kombinasi ayunan lengan selaras dengan ketukan musik.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menampilkan rangkaian senam irama sederhana secara kompak bersama kelompok.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langkah kaki berirama (langkah biasa, rapat, keseimbangan), ayunan lengan, ketukan ritmis/iringan musik daerah, serta kekompakan senam beregu.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Pola Langkah Kaki Mengikuti Irama Musik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langkah kaki maju, mundur, dan menyamping sesuai ketukan 2/4 atau 4/4.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Kombinasi Ayunan Lengan Berirama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Mengayunkan lengan ke atas, ke samping, dan menyilang dada secara serasi.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Penampilan Senam Irama Kelompok Ceria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Merangkai pola langkah dan ayunan lengan ke dalam koreografi kelompok yang kompak.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Iringan yang dapat digunakan dalam melakukan aktivitas senam gerak berirama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Musik lagu ceria, tepukan tangan, atau ketukan hitungan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Suara klakson mobil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Hening tanpa suara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Suara teriakan marah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Musik, ketukan ritmis, atau tepuk tangan berfungsi sebagai pemandu tempo langkah kaki.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Unsur terpenting yang harus dijaga dalam melakukan gerakan senam berirama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Kecepatan lari paling kencang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Keluwesan tubuh dan keselarasan gerak dengan irama ketukan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Kekakuan seluruh sendi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Mengeluarkan tenaga sebesar-besarnya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Keluwesan dan ketepatan ritme merupakan karakteristik utama senam irama.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Gerakan melangkahkan kaki kanan ke depan lalu merapatkan kaki kiri ke samping kaki kanan dinamakan langkah...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Langkah lompat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Langkah rapat (bijtrekpas)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Langkah mundur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Langkah silang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Bijtrekpas adalah istilah senam irama untuk langkah rapat kaki bergantian.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melakukan ayunan dua lengan ke samping kiri dan kanan, pandangan mata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Mengikuti arah ayunan lengan dengan luwes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Menatap ke lantai terus-menerus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Membelakangi barisan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Menutup 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Arah kepala dan pandangan yang mengikuti ayunan menciptakan harmoni gerak artistik.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Kunci utama agar penampilan senam irama beregu di hadapan guru terlihat indah dan memukau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Setiap anggota bergerak dengan tempo masing-masing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Kekompakan, keserasian tempo gerak, dan senyuman ceria seluruh anggota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Melakukan gerakan paling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Berhenti bergerak di tengah-tengah lagu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Kekompakan gerak bersama dan ekspresi percaya diri menjadi poin penilaian tertinggi.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Aktivitas Gerak Berirama Beregu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Pola Langkah Kaki Mengikuti Irama Musik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langkah kaki maju, mundur, dan menyamping sesuai ketukan 2/4 atau 4/4.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Kombinasi Ayunan Lengan Berirama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Mengayunkan lengan ke atas, ke samping, dan menyilang dada secara serasi.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Penampilan Senam Irama Kelompok Ceria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Merangkai pola langkah dan ayunan lengan ke dalam koreografi kelompok yang kompak.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Gerak berirama (senam ritmik) memadukan unsur gerakan tubuh yang luwes dengan irama musik atau ketukan hitungan berulang. Aktivitas ini sangat menyenangkan dan melatih koordinasi motorik menyeluruh.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pola langkah kaki berirama: langkah biasa (looppas), langkah rapat (bijtrekpas), dan langkah keseimbangan (balanspas) yang dipadukan dengan ayunan satu atau dua lengan.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dikemas dalam bentuk penampilan senam kreasi kelompok kecil menggunakan musik lagu daerah anak-anak untuk memupuk kekompakan, rasa percaya diri, dan apresiasi seni gerak.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Berirama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gerakan senam yang dilakukan dengan iringan musik, lagu, atau ketukan ritmis teratur.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Langkah Rapat (Bijtrekpas)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melangkahkan satu kaki ke depan disusul kaki lainnya merapat pada hitungan berikutnya.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Keluwesan (Fleksibilitas)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Kehalusan dan kelenturan gerakan tubuh tanpa kekakuan saat mengikuti alunan musik.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Kekompakan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Keserasian gerak dan keselarasan waktu antaranggota regu senam.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