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JASMANI, OLAHRAGA, DAN KESEHATAN (PJOK) — FASE B (KELAS 3)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B (Kelas 3)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Jasmani, Olahraga, dan Kesehatan (PJOK)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4: Senam Lantai Dasar dan Keseimbangan Dinamis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Praktik Demonstrasi &amp; Pembelajaran Kooperatif (Sportivitas Tim)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Lapangan olahraga, bola, peralatan atletik/bela diri, stopwatch, peluit, matras,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menjelaskan dan mempraktikkan sikap keseimbangan lilin dan kapal terbang.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melakukan gerak berguling ke depan di atas matras senam dengan teknik aman.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mematuhi instruksi keselamatan dan menunjukkan keberanian dalam bergerak.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Materi gerak bertumpu, bergantung, keseimbangan sikap lilin/kapal terbang, guling ke depan (forward roll) di atas matras, dan pendaratan seimbang.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Gerak Bertumpu dan Sikap Keseimbangan Senam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Mempraktikkan sikap kapal terbang dan sikap lilin dengan dorongan pinggul lurus ke atas.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Rangkaian Gerak Berguling ke Depan di Matras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Melakukan awalan jongkok, menempelkan dagu di dada, mendaratkan tengkuk, dan berguling bulat.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Variasi Pendaratan Senam dan Pengendalian Diri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Mendarat dengan kedua kaki stabil dan menjaga ketenangan posisi akhir senam.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Alas pengaman yang wajib digunakan saat melakukan latihan gerak senam lantai berguling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Karpet tipis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Matras busa senam standar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Lantai keramik licin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Rumput lapangan berbatu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Matras dirancang khusus menyerap beban benturan tubuh demi mencegah cedera leher dan punggung.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Saat melakukan guling depan di atas matras, bagian tubuh yang pertama kali menyentuh matras setelah telapak tangan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Dahi depan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Puncak kepala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Tengkuk (leher belakang)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Lutut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Dagu harus ditarik menempel ke dada sehingga tengkuk yang menyentuh matras, bukan dahi.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Tujuan memasukkan atau menempelkan dagu ke dada saat melakukan guling ke depan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Supaya tidak melihat matras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Melindungi kepala dan leher dari cedera benturan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Agar bisa berguling lebih lambat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Menahan napas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Menekuk leher membuat punggung melengkung bulat dan melindungi tulang leher.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Pada gerakan sikap kapal terbang, anggota tubuh yang berfungsi sebagai penyeimbang utama di samping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Kedua tangan direntangkan lurus ke samping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Kedua tangan memegang lutut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Kepala menunduk ke bawah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Kaki ditekuk ke depan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Rentangan kedua lengan ke samping memberikan momen kestabilan badan saat bertumpu 1 kaki.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Sikap akhir yang benar setelah selesai melakukan gerakan berguling ke depan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Tengkurap di atas matras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Berdiri atau jongkok dengan kedua tangan lurus ke depan menjaga keseimbangan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Terjatuh ke samping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Duduk bersila santai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Posisi akhir senam lantai adalah berdiri atau jongkok stabil dengan kontrol tubuh sempurna.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Jasmani, Olahraga, dan Kesehatan (PJOK) • Bab 4: Senam Lantai Dasar dan Keseimbangan Dinamis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Gerak Bertumpu dan Sikap Keseimbangan Senam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Mempraktikkan sikap kapal terbang dan sikap lilin dengan dorongan pinggul lurus ke atas.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Rangkaian Gerak Berguling ke Depan di Matras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Melakukan awalan jongkok, menempelkan dagu di dada, mendaratkan tengkuk, dan berguling bulat.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Variasi Pendaratan Senam dan Pengendalian Diri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Mendarat dengan kedua kaki stabil dan menjaga ketenangan posisi akhir senam.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Senam lantai merupakan salah satu cabang olahraga senam yang mengandalkan kekuatan otot lengan-kaki, kelenturan tubuh, dan keberanian. Seluruh aktivitas dilakukan di atas matras senam yang aman.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pola gerak dominan senam: bertumpu pada lengan, sikap lilin (keseimbangan statis), sikap kapal terbang, serta pengenalan gerak berguling ke depan (forward roll) dengan memasukkan dagu ke dada.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Pembelajaran mengedepankan prosedur keselamatan, pendampingan guru dalam memberi bantuan tolakan, serta menumbuhkan rasa percaya diri menaklukkan rasa takut.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Senam Lantai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Latihan senam yang seluruh bentuk gerakannya dilakukan di lantai menggunakan matras sebagai alas pengaman.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Matras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Bantalan busa tebal berlapis kulit sintetis yang berfungsi meredam benturan tubuh saat senam.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Guling Depan (Forward Roll)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Gerakan menggulingkan tubuh ke arah depan dengan urutan tumpuan: tangan, tengkuk, punggung, dan pinggul.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Tengkuk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Bagian leher belakang yang menjadi titik tumpuan pendaratan awal kepala saat melakukan guling depan.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Jasmani, Olahraga, dan Kesehatan (PJOK) Kelas 3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