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Kombinasi Pola Gerak Dasar Lokomotor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dan mempraktikkan kombinasi pola gerak dasar lokomotor secara terkoordinasi.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melakukan kombinasi gerak lari dan lompat rintangan dengan teknik tolakan dan pendaratan yang aman.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sikap disiplin, percaya diri, dan kerja sama dalam permainan fisik beregu.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variasi dan kombinasi gerak berpindah tempat (jalan cepat, lari zig-zag, lompat rintangan gawang, dan loncat simpai) dalam aktivitas permainan beregu.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Kombinasi Gerak Berjalan dan Berlari Cepat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Melakukan peralihan tempo dari jalan santai, jalan cepat, ke lari sprint lurus dan berkelok.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Kombinasi Lari dan Lompat Melewati Rintangan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awalan lari, tolakan satu kaki melompat rintangan, dan pendaratan dua kaki seimbang.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Permainan Sirkuit Gerak Lokomotor Beregu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Bermain estafet rintangan pos bergantian dengan mematuhi aturan keselamatan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Penggabungan antara gerak berlari cepat dan melompati rintangan kardus merupakan contoh dari...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Gerak non-lokomotor tunggal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Kombinasi gerak dasar lokomotor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Gerak manipulatif tanpa alat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Senam statis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Menggabungkan dua gerakan berpindah tempat (lari dan lompat) disebut kombinasi gerak lokomotor.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Sikap kaki yang benar saat mendarat setelah melompati rintangan gawang agar terhindar dari cedera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Mendarat dengan lutut lurus dan kaku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Mendarat dengan kedua kaki bersamaan dan lutut sedikit ditekuk (mengeper)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Bertumpu pada salah satu tumit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Mendarat dengan ujung jari tangan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Lutut yang mengeper saat mendarat berfungsi sebagai peredam getaran benturan tubuh dengan tanah.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Tujuan utama melakukan latihan lari zig-zag melintasi corong pembatas secara cepat adalah untuk melatih...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Kekuatan gigitan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Kelincahan dan koordinasi gerak tubuh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Ketajaman pendengaran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Berat badan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Lari zig-zag melatih respon kelincahan tubuh saat merubah arah secara tiba-tiba.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Saat melakukan awalan lari sebelum melompat, pandangan mata sebaiknya diarahkan ke...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Arah depan lintasan rintangan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Ujung sepatu sendiri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Langit ke atas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Barisan penonton di samping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Melihat ke depan membantu mengukur jarak tolakan dan menjaga lintasan gerak lurus seimbang.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Sikap sportif yang harus ditunjukkan saat regu kita mengalami kekalahan dalam permainan estafet lokomotor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Marah dan menuduh wasit curang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Menerima kekalahan dengan lapang dada dan memberi ucapan selamat kepada regu pemenang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Membuang peralatan olahraga ke semak-semak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Menolak berjabat tangan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Sportivitas mengajarkan kerendahan hati saat menang dan kebesaran jiwa saat kalah.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1: Kombinasi Pola Gerak Dasar Lokomotor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Kombinasi Gerak Berjalan dan Berlari Cepat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Melakukan peralihan tempo dari jalan santai, jalan cepat, ke lari sprint lurus dan berkelok.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Kombinasi Lari dan Lompat Melewati Rintangan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awalan lari, tolakan satu kaki melompat rintangan, dan pendaratan dua kaki seimbang.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Permainan Sirkuit Gerak Lokomotor Beregu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Bermain estafet rintangan pos bergantian dengan mematuhi aturan keselamatan bersama.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Pada jenjang kelas 3 Fase B, keterampilan gerak dasar lokomotor dikembangkan ke bentuk kombinasi yang lebih kompleks, dinamis, dan membutuhkan koordinasi motorik tinggi.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mempraktikkan kombinasi gerak jalan cepat dilanjutkan lari cepat, lari zig-zag melewati corong rintangan lalu melompati gawang kardus rendah, serta mendarat dengan kedua lutut mengeper secara aman.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dirancang melalui permainan sirkuit estafet beregu untuk melatih daya tahan jantung-paru, kelincahan, sportivitas, dan kekompakan tim.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Gerak Lokomotor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Aktivitas jasmani yang menyebabkan tubuh berpindah posisi dari satu titik ke titik lain.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Kombinasi Gerak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Penggabungan dua atau lebih pola gerak dasar menjadi satu rangkaian gerakan terpadu.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Kelincahan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tubuh mengubah arah gerak dengan cepat dan tepat tanpa kehilangan keseimbangan.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Pendaratan Mengeper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menekuk kedua lutut saat mendarat untuk meredam benturan dan mencegah cedera sendi.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