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Memilih Jajanan Sehat dan Istirahat Cukup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ciri-ciri makanan jajanan yang sehat dan tidak sehat di lingkungan sekolah.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memilih makanan dan minuman bergizi yang aman dikonsumsi sehari-hari.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manfaat tidur cukup dan istirahat bagi pertumbuhan tubuh anak.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memilih makanan jajanan bergizi higienis di kantin sekolah, menghindari makanan berpengawet/pewarna buatan, dan pentingnya pola tidur malam teratur.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Ciri-Ciri Makanan Jajanan Sehat dan Higienis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makanan bersih di kantin sekolah yang kaya nutrisi dan bebas bahan kimia berbahaya.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Bahaya Makanan Tidak Sehat bagi Tubuh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Mengetahui dampak buruk makanan berpemanis buatan, pengawet berlebih, dan jajanan terbuka kotor.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Manfaat Istirahat dan Pola Tidur Teratur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Menjelaskan pentingnya tidur malam tepat waktu untuk pertumbuhan badan dan pemulihan tenaga.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Ciri-ciri makanan jajanan kantin sekolah yang sehat dan aman untuk dibeli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Berada di wadah tertutup dan tidak dihinggapi lalat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Warnanya sangat menyala mencolok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Dijual di dekat tempat sampah terbuka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Rasanya sangat pahit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Wadah tertutup melindungi makanan dari lalat, debu jalanan, dan kuman penyakit.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Minuman yang paling baik dan menyehatkan untuk diminum setiap hari saat haus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Minuman bersoda manis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Air putih matang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Sirup berperasa pekat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Es teh manis berlebihan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Air putih bersih dan matang adalah minuman terbaik untuk menghidrasi tubuh tanpa risiko gula berlebih.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Akibat yang sering dirasakan anak jika sering mengonsumsi jajanan yang tidak higienis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Tubuh menjadi sangat kuat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Mengalami sakit perut dan diare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Nilai sekolah langsung naik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Penglihatan semakin tajam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Kuman dan bakteri pada makanan kotor menginfeksi saluran pencernaan dan menyebabkan diare.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Waktu tidur malam yang ideal bagi anak-anak usia sekolah dasar adalah sekitar...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2–3 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4–5 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8–10 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15 jam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Anak usia sekolah dasar membutuhkan waktu tidur malam 8 hingga 10 jam untuk pertumbuhan optimal.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Dampak negatif yang dialami peserta didik jika sering tidur terlalu larut malam (begadang)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Badan terasa segar di pagi 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Mengantuk dan sulit berkonsentrasi saat guru menerangkan di 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Datang ke sekolah lebih pagi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Menjadi juara kelas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Kurang tidur membuat otak lelah, daya konsentrasi menurun, dan mudah mengantuk saat belajar di kelas.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8: Memilih Jajanan Sehat dan Istirahat Cukup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Ciri-Ciri Makanan Jajanan Sehat dan Higienis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makanan bersih di kantin sekolah yang kaya nutrisi dan bebas bahan kimia berbahaya.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Bahaya Makanan Tidak Sehat bagi Tubuh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Mengetahui dampak buruk makanan berpemanis buatan, pengawet berlebih, dan jajanan terbuka kotor.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Manfaat Istirahat dan Pola Tidur Teratur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Menjelaskan pentingnya tidur malam tepat waktu untuk pertumbuhan badan dan pemulihan tenaga.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Kebugaran jasmani tidak hanya didukung oleh olahraga, tetapi juga oleh asupan makanan bergizi seimbang dan waktu pemulihan (istirahat) yang cukup. Bab 8 membekali peserta didik kecakapan memilih makanan jajanan yang aman.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mengenali ciri-ciri jajanan sehat: tertutup rapat dari lalat dan debu, tidak berwarna mencolok terlalu terang (pewarna tekstil), tidak berbau tengik, dan diolah secara higienis.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Pentingnya istirahat tidur malam 8–10 jam per hari ditekankan agar tubuh anak dapat memproduksi hormon pertumbuhan secara optimal, menjaga daya tahan tubuh, dan menjaga konsentrasi belajar di sekolah.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Jajanan Sehat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Makanan ringan yang bersih, bergizi, bebas dari kuman penyakit dan bahan kimia berbahaya.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Bahan Pengawet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Bahan tambahan makanan yang digunakan untuk mencegah pembusukan tetapi berbahaya jika dikonsumsi berlebih.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Istirahat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Waktu berhenti sejenak dari aktivitas fisik untuk memulihkan kembali kesegaran tubuh dan pikiran.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Hormon Pertumbuhan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Zat alami dalam tubuh yang bekerja optimal saat tidur nyenyak di malam hari untuk pertumbuhan tulang dan otot.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