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Aktivitas Senam Lantai Sederhana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mempraktikkan pola gerak dominan senam lantai (bertumpu, keseimbangan, berguling).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melakukan sikap kapal terbang dengan mempertahankan keseimbangan tanpa goyah.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mengutamakan prosedur keselamatan saat beraktivitas di atas matras senam.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gerak senam ketangkasan dasar seperti bertumpu satu/dua kaki, keseimbangan sikap kapal terbang, dan berguling ke samping di atas matras.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Gerak Bertumpu dan Bergantung Sederhana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tumpuan telapak tangan di atas matras dan tumpuan kaki yang kokoh.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Keseimbangan Statis (Sikap Kapal Terbang)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Berdiri dengan satu kaki lurus dan merentangkan kedua tangan menjaga keseimbangan selama 5-8 hitungan.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Berguling ke Samping (Roll Samping) di Atas Matras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Melakukan gulingan tubuh memanjang dengan posisi badan lurus dan aman.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Alas pengaman yang wajib digunakan saat melakukan aktivitas senam lantai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Karpet tipis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Matras busa tebal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Lantai keramik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Aspal jalan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Matras busa tebal wajib digunakan untuk menyerap benturan dan menjaga keselamatan tubuh peserta didik.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Saat mempraktikkan 'sikap kapal terbang', posisi kedua tangan yang benar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Memegang lutut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Direntangkan lurus ke samping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Masuk ke saku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Dilipat di dada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Merentangkan kedua tangan ke samping berfungsi sebagai penyeimbang titik berat badan.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Aktivitas berdiri dengan satu kaki selama 8 hitungan bertujuan untuk melatih...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Kecepatan lari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Keseimbangan tubuh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Daya ingat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Ketajaman mata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Berdiri satu kaki melatih kemampuan keseimbangan statis otot kaki dan tubuh.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Posisi badan yang benar saat melakukan gerakan berguling ke samping di atas matras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Membungkuk kaku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Lurus memanjang dan rileks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Kaki menyilang tertekuk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Kepala mendongak keras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Posisi tubuh lurus memanjang memudahkan gulingan samping yang mulus dan aman.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Sikap yang harus dihindari saat menunggu giliran menggunakan matras senam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Mengantre dengan tertib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Mendorong teman yang sedang bersiap di atas matras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Memperhatikan contoh guru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Melakukan pemanasan ringan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Mendorong teman sangat berbahaya dan dapat memicu cedera fatal saat senam lantai.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4: Aktivitas Senam Lantai Sederhana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Gerak Bertumpu dan Bergantung Sederhana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tumpuan telapak tangan di atas matras dan tumpuan kaki yang kokoh.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Keseimbangan Statis (Sikap Kapal Terbang)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Berdiri dengan satu kaki lurus dan merentangkan kedua tangan menjaga keseimbangan selama 5-8 hitungan.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Berguling ke Samping (Roll Samping) di Atas Matras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Melakukan gulingan tubuh memanjang dengan posisi badan lurus dan aman.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Senam lantai melatih kesadaran spasial, kekuatan otot inti, kelenturan, dan keseimbangan tubuh. Seluruh aktivitas senam lantai wajib dilakukan di atas matras busa yang aman untuk mencegah cedera fisik.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mempraktikkan gerakan bertumpu pada kedua tangan (sikap merayap), menjaga keseimbangan dengan berdiri satu kaki menyerupai 'sikap kapal terbang', serta gerakan berguling ke samping kanan dan kiri (log roll).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Nilai keberanian, kehati-hatian, dan rasa percaya diri ditumbuhkan secara bertahap dengan pengawasan langsung guru olahraga.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Senam Lantai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Aktivitas senam ketangkasan yang dilakukan di atas lantai beralaskan matras busa.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Matras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Alas busa tebal elastis yang digunakan untuk meredam benturan dalam senam lantai.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Sikap Kapal Terbang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Gerakan keseimbangan statis berdiri satu kaki dengan badan condong ke depan dan kedua tangan direntangkan.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Keseimbangan Statis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mempertahankan posisi tubuh tetap stabil pada saat tidak bergerak (diam).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