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Variasi Pola Gerak Dasar Manipulatif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variasi gerak melempar dan menangkap bola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gerak menendang dan mengontrol bola dengan koordinasi kaki yang baik.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bekerja sama secara kompak saat bermain melempar-menangkap bola bersama pasangan.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gerak menggunakan objek benda seperti melempar bola ke sasaran, menangkap bola lambung/datar, menendang, dan memantulkan bola.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Variasi Melempar dan Menangkap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lemparan bola melambung/mendatar dan menangkap bola dengan kedua tangan tanpa terjatuh.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Variasi Menendang dan Menggiring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Mengoper bola menggunakan kaki bagian dalam dan mengontrol bola secara perlahan.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Permainan Sasaran dan Bola Beranting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Bermain melempar bola memasukkan ke dalam keranjang secara berkelompok.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Aktivitas fisik yang melibatkan penggunaan alat atau benda seperti bola disebut gerak...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Lokomotor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Non-lokomotor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Manipulatif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Statis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Gerak manipulatif adalah gerak yang mengendalikan objek atau benda luar.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Posisi kedua telapak tangan yang benar saat bersiap menangkap bola lemparan teman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Terbuka membentuk mangkuk di depan dada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Mengepal keras di samping pinggang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Dimasukkan ke dalam saku celana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Menyilang di belakang punggung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Membuka telapak tangan seperti mangkuk memudahkan menangkap dan meredam laju bola.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Bagian kaki yang paling tepat digunakan untuk mengoper bola pendek secara terarah kepada teman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Tumit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Kaki bagian dalam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Ujung jari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Tulang kering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Kaki bagian dalam memiliki bidang kontak yang lebar sehingga operan bola lebih akurat dan stabil.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Agar lemparan bola dapat masuk tepat ke dalam keranjang sasaran, hal yang harus kita fokuskan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Arah pandangan mata dan kekuatan ayunan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Menutup kedua 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Berteriak keras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Berlari menjauhi sasaran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Fokus mata ke sasaran dan kontrol tenaga lemparan menentukan akurasi lemparan.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Contoh permainan yang banyak menggunakan kombinasi gerak melempar dan menangkap bola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Kasti dan bola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Lompat tali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Renang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Permainan bola kasti dan bola tangan mengandalkan kemahiran melempar dan menangkap bola.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Variasi Pola Gerak Dasar Manipulatif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Variasi Melempar dan Menangkap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lemparan bola melambung/mendatar dan menangkap bola dengan kedua tangan tanpa terjatuh.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Variasi Menendang dan Menggiring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Mengoper bola menggunakan kaki bagian dalam dan mengontrol bola secara perlahan.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Permainan Sasaran dan Bola Beranting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Bermain melempar bola memasukkan ke dalam keranjang secara berkelompok.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Gerak manipulatif melibatkan penguasaan keterampilan motorik menggunakan alat atau objek (seperti bola plastik, bola kasti, atau simpai). Pada kelas 2, koordinasi mata-tangan dan mata-kaki ditingkatkan melalui latihan bertarget.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melempar bola bawah, mendatar, dan melambung ke arah keranjang sasaran atau teman pasangan; menangkap bola dengan dua tangan; serta menendang dan menggiring bola kecil menggunakan kaki bagian dalam.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dikemas dalam bentuk permainan bola beranting dan permainan tembak sasaran yang menyenangkan untuk mengasah akurasi, konsentrasi, dan kerja sama pasangan.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Manipulatif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gerak tubuh yang menggunakan atau mengendalikan suatu objek/alat peraga (bola, raket, tongkat).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Koordinasi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menggabungkan kerja panca indra (mata) dengan gerakan otot anggota tubuh secara harmonis.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Lemparan Melambung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melempar bola ke arah atas sehingga membentuk kurva lengkung di udara.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Menangkap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menghentikan dan menguasai laju bola menggunakan kedua telapak tangan.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