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F (KELAS 12)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Penguasaan Rangkaian Senam Ketangkasan dan Penyelamatan Diri Aktivitas Air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Menyusun dan menampilkan rangkaian gerak senam ketangkasan (lantai dan peti lompat) dengan kontrol tubuh yang estetis dan presisi.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Menyempurnakan teknik renang gaya dada, bebas, atau punggung untuk efisiensi kayuhan dan daya tahan di air.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Mempraktikkan teknik penyelamatan diri (*self-rescue*) dan pertolongan korban tenggelam menggunakan metode non-kontak.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Merangkai pola gerak dominan senam lantai/alat serta menguasai teknik renang lanjutan dan prosedur pertolongan pertama kecelakaan air (water rescue).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Rangkaian Senam Lantai dan Lompat Peti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Kombinasi *handstand*, *roll*, meroda (*cartwheel*), lenting tengkuk (*neckspring*), dan lompat kangkang di atas peti.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Efisiensi Hidrodinamika Renang Gaya Bebas dan Dada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Streamlining posisi tubuh, mekanika ayunan lengan, dorongan tungkai, dan ritme pertukaran udara.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Keselamatan Air dan Prosedur Pertolongan (Water Rescue)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Penerapan metode *Reach* (meraih galah/tangan) dan *Throw* (melempar pelampung) serta teknik *survival floating*.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Ketika merangkai gerakan senam lantai (misalnya dari roll depan ke lompat lenting), aspek mekanika gerak utama yang menjaga momentum kontinuitas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Menghentikan total gerakan selama 5 detik setelah setiap elemen selesai.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Memanfaatkan transfer energi kinetik putaran tubuh dan tolakan pegas tungkai secara mulus tanpa jeda kaku.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Menjatuhkan lutut dengan keras ke matras tanpa menekuk sendi.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Memejamkan mata sepanjang melakukan seluruh gerakan senam.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Kontinuitas dan keindahan rangkaian senam bergantung pada kemampuan mengonversi energi kinetik dari satu elemen gerak ke elemen berikutnya secara dinamis dan terkontrol.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Mengapa posisi kepala yang terlalu tegak menengadah ke atas saat melakukan renang gaya bebas justru merugikan perenang?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Membuat perenang berenang terlalu cepat dan kehabisan napas.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Menyebabkan pinggul dan tungkai kaki tenggelam ke bawah sehingga gaya hambat air (drag) meningkat pesat.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Membatasi pandangan mata ke dinding kolam renang.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Mengurangi kadar klorin yang masuk ke dalam mata.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Mengangkat kepala terlalu tinggi mengubah pusat gravitasi tubuh; akibatnya bagian tungkai akan tenggelam, merusak posisi streamline, dan meningkatkan hambatan frontal air.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Jika Anda melihat seseorang panik dan meronta-ronta di kolam renang yang berjarak 2 meter dari tepi kolam, tindakan pertolongan pertama yang paling aman dan tepat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Langsung melompat ke air dan memeluk tubuh korban dari depan.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Menerapkan prinsip 'Reach' dengan mengulurkan tongkat, galah, atau handuk dari tepi kolam yang kokoh.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Menunggu hingga korban berhenti bergerak baru bertindak.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Meninggalkan tempat kejadian untuk mencari bantuan tanpa melakukan apa pun.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Prinsip pertama water rescue adalah pertolongan non-kontak dari darat (Reach). Langsung menceburkan diri dan memeluk korban yang panik sangat berbahaya karena korban berpotensi menenggelamkan penolong.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Apa fungsi utama teknik 'survival floating' (mengapung telentang dengan pernapasan tenang) saat seseorang terjebak di perairan dalam?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Mempercepat renang mencapai pantai dalam hitungan detik.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Menghemat energi dan oksigen serta menjaga jalan napas tetap terbuka di atas permukaan air dalam jangka waktu lama.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Menyelam mencari karang terdekat untuk bersembunyi.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Membuat sinyal suara keras di bawah air.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Survival floating memanfaatkan daya apung alami tubuh (densitas paru-paru terisi udara) untuk menghemat tenaga saat kelelahan atau menunggu tim penyelamat.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Saat melakukan pendaratan (landing) dari peti lompat senam ketangkasan, kedua lutut harus ditekuk membentuk posisi pegas (mengeper). Tujuan biomekanis dari teknik ini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Mempercepat sentuhan tubuh ke lantai agar terdengar keras.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Memperpanjang waktu henti tumbukan untuk meredam gaya reaksi tanah (ground reaction force) sehingga mencegah cedera persendian lutut dan tulang belakang.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Menunjukkan rasa lelah kepada tim juri penilai.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Memudahkan pesenam langsung duduk santai di matras.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Menekuk lutut memperpanjang durasi impak pendaratan (</w:t>
      </w:r>
      <m:oMath>
        <m:r>
          <m:t>F</m:t>
        </m:r>
        <m:r>
          <m:t>=</m:t>
        </m:r>
        <m:r>
          <m:t>Δ</m:t>
        </m:r>
        <m:r>
          <m:t>p</m:t>
        </m:r>
        <m:r>
          <m:t>/</m:t>
        </m:r>
        <m:r>
          <m:t>Δ</m:t>
        </m:r>
        <m:r>
          <m:t>t</m:t>
        </m:r>
      </m:oMath>
      <w:r>
        <w:rPr>
          <w:rFonts w:ascii="Calibri" w:hAnsi="Calibri"/>
          <w:b w:val="0"/>
          <w:i/>
          <w:color w:val="64748B"/>
          <w:sz w:val="17"/>
        </w:rPr>
        <w:t>), yang mereduksi besaran gaya kejut yang diterima sendi lutut dan tulang rawan.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5: Penguasaan Rangkaian Senam Ketangkasan dan Penyelamatan Diri Aktivitas Air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Rangkaian Senam Lantai dan Lompat Peti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Kombinasi *handstand*, *roll*, meroda (*cartwheel*), lenting tengkuk (*neckspring*), dan lompat kangkang di atas peti.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Efisiensi Hidrodinamika Renang Gaya Bebas dan Dada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Streamlining posisi tubuh, mekanika ayunan lengan, dorongan tungkai, dan ritme pertukaran udara.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Keselamatan Air dan Prosedur Pertolongan (Water Rescue)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Penerapan metode *Reach* (meraih galah/tangan) dan *Throw* (melempar pelampung) serta teknik *survival floating*.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Senam ketangkasan dan aktivitas akuatik menuntut keberanian, kendali keseimbangan postural (*proprioception*), dan kesadaran spasial tinggi. Pada jenjang SMA Kelas 12, peserta didik mengintegrasikan pola-pola gerak dominan senam (bertumpu, bergantung, melompat, mendarat, berguling, dan berputar) ke dalam satu rangkaian koreografi yang mengalir lancar dan estetis.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Pada materi akuatik, peserta didik tidak hanya memperdalam efisiensi hidrodinamika kayuhan dan pernapasan renang, tetapi juga dibekali dengan kompetensi keselamatan air (*water safety and rescue*). Peserta didik dilatih untuk mengenali bahaya lingkungan perairan terbuka, tanda-tanda korban panik tenggelam, dan hierarki pertolongan darurat.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Prinsip penyelamatan non-kontak (*Reach, Throw, Row, Go, Tow*) ditekankan agar penyelamat tidak menempatkan dirinya dalam bahaya fatal. Keterampilan ini membangun kepekaan sosial, ketenangan mental dalam kondisi darurat, dan kepedulian nyata terhadap keselamatan sesama manusia.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Proprioception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sensorik tubuh untuk merasakan posisi, orientasi, dan pergerakan bagian tubuh dalam ruang tanpa harus melihatnya.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Streamlining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Posisi tubuh lurus sejajar dengan permukaan air menyerupai torpedo untuk meminimalkan gaya hambat air (drag).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Water Rescue Hierarchy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Urutan langkah pertolongan kecelakaan air dari risiko terendah ke tertinggi: Reach, Throw, Row, Go, Tow.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Survival Floating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Teknik mengapung telentang atau relaksasi telungkup di air untuk menghemat energi saat menunggu bantuan datang.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Neckspring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Gerakan melentingkan tubuh ke depan dari posisi bertumpu pada tengkuk dan pundak dengan dorongan kuat tungkai.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12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